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59A2" w:rsidRDefault="006C2F1B">
      <w:pPr>
        <w:spacing w:after="240"/>
        <w:jc w:val="center"/>
      </w:pPr>
      <w:r>
        <w:rPr>
          <w:b/>
          <w:sz w:val="22"/>
        </w:rPr>
        <w:t>Lietuvos Raudonojo Kryžiaus draugija</w:t>
      </w:r>
    </w:p>
    <w:p w:rsidR="005459A2" w:rsidRDefault="006C2F1B">
      <w:pPr>
        <w:spacing w:after="0"/>
        <w:jc w:val="center"/>
      </w:pPr>
      <w:r>
        <w:rPr>
          <w:b/>
          <w:sz w:val="22"/>
        </w:rPr>
        <w:t>NEPERKANČIOSIOS ORGANIZACIJOS</w:t>
      </w:r>
    </w:p>
    <w:p w:rsidR="005459A2" w:rsidRDefault="006C2F1B">
      <w:pPr>
        <w:spacing w:after="240"/>
        <w:jc w:val="center"/>
        <w:rPr>
          <w:b/>
          <w:sz w:val="22"/>
        </w:rPr>
      </w:pPr>
      <w:r>
        <w:rPr>
          <w:b/>
          <w:sz w:val="22"/>
        </w:rPr>
        <w:t>TAKSI, PAVĖŽĖJIMO IR TRUMPALAIKĖS AUTOMOBILIŲ NUOMOS PASLAUGŲ PIRKIMO APKLAUSA</w:t>
      </w:r>
    </w:p>
    <w:p w:rsidR="00D90F3D" w:rsidRDefault="00D90F3D">
      <w:pPr>
        <w:spacing w:after="240"/>
        <w:jc w:val="center"/>
      </w:pPr>
    </w:p>
    <w:p w:rsidR="005459A2" w:rsidRPr="007916C3" w:rsidRDefault="006C2F1B">
      <w:pPr>
        <w:pStyle w:val="Heading1"/>
        <w:rPr>
          <w:sz w:val="22"/>
          <w:szCs w:val="22"/>
        </w:rPr>
      </w:pPr>
      <w:r w:rsidRPr="007916C3">
        <w:rPr>
          <w:sz w:val="22"/>
          <w:szCs w:val="22"/>
        </w:rPr>
        <w:t>1. Pirkimo objektas</w:t>
      </w:r>
    </w:p>
    <w:p w:rsidR="005459A2" w:rsidRPr="007916C3" w:rsidRDefault="006C2F1B">
      <w:pPr>
        <w:rPr>
          <w:sz w:val="20"/>
          <w:szCs w:val="20"/>
        </w:rPr>
      </w:pPr>
      <w:r w:rsidRPr="007916C3">
        <w:rPr>
          <w:b/>
          <w:sz w:val="20"/>
          <w:szCs w:val="20"/>
        </w:rPr>
        <w:t>Lietuvos Raudonojo Kryžiaus draugija</w:t>
      </w:r>
      <w:r w:rsidRPr="007916C3">
        <w:rPr>
          <w:sz w:val="20"/>
          <w:szCs w:val="20"/>
        </w:rPr>
        <w:t xml:space="preserve"> (toliau – </w:t>
      </w:r>
      <w:r w:rsidRPr="007916C3">
        <w:rPr>
          <w:b/>
          <w:sz w:val="20"/>
          <w:szCs w:val="20"/>
        </w:rPr>
        <w:t>LRK</w:t>
      </w:r>
      <w:r w:rsidRPr="007916C3">
        <w:rPr>
          <w:sz w:val="20"/>
          <w:szCs w:val="20"/>
        </w:rPr>
        <w:t xml:space="preserve">) kviečia pateikti pasiūlymą taksi, </w:t>
      </w:r>
      <w:r w:rsidRPr="007916C3">
        <w:rPr>
          <w:sz w:val="20"/>
          <w:szCs w:val="20"/>
        </w:rPr>
        <w:t xml:space="preserve">pavėžėjimo ir trumpalaikės automobilių nuomos paslaugoms Šiaulių mieste, įgyvendinant projektą „Sėkminga integracija Šiaulių apskrityje: kompleksinė pagalba užsienio kilmės </w:t>
      </w:r>
      <w:proofErr w:type="gramStart"/>
      <w:r w:rsidRPr="007916C3">
        <w:rPr>
          <w:sz w:val="20"/>
          <w:szCs w:val="20"/>
        </w:rPr>
        <w:t>gyventojams“</w:t>
      </w:r>
      <w:proofErr w:type="gramEnd"/>
      <w:r w:rsidRPr="007916C3">
        <w:rPr>
          <w:sz w:val="20"/>
          <w:szCs w:val="20"/>
        </w:rPr>
        <w:t>.</w:t>
      </w:r>
    </w:p>
    <w:p w:rsidR="00A14FDA" w:rsidRPr="007916C3" w:rsidRDefault="006C2F1B">
      <w:pPr>
        <w:rPr>
          <w:sz w:val="20"/>
          <w:szCs w:val="20"/>
        </w:rPr>
      </w:pPr>
      <w:proofErr w:type="spellStart"/>
      <w:r w:rsidRPr="007916C3">
        <w:rPr>
          <w:sz w:val="20"/>
          <w:szCs w:val="20"/>
        </w:rPr>
        <w:t>Paslaugomis</w:t>
      </w:r>
      <w:proofErr w:type="spellEnd"/>
      <w:r w:rsidRPr="007916C3">
        <w:rPr>
          <w:sz w:val="20"/>
          <w:szCs w:val="20"/>
        </w:rPr>
        <w:t xml:space="preserve"> bus </w:t>
      </w:r>
      <w:proofErr w:type="spellStart"/>
      <w:r w:rsidRPr="007916C3">
        <w:rPr>
          <w:sz w:val="20"/>
          <w:szCs w:val="20"/>
        </w:rPr>
        <w:t>naudojamasi</w:t>
      </w:r>
      <w:proofErr w:type="spellEnd"/>
      <w:r w:rsidRPr="007916C3">
        <w:rPr>
          <w:sz w:val="20"/>
          <w:szCs w:val="20"/>
        </w:rPr>
        <w:t xml:space="preserve"> </w:t>
      </w:r>
      <w:proofErr w:type="spellStart"/>
      <w:r w:rsidRPr="007916C3">
        <w:rPr>
          <w:sz w:val="20"/>
          <w:szCs w:val="20"/>
        </w:rPr>
        <w:t>projekto</w:t>
      </w:r>
      <w:proofErr w:type="spellEnd"/>
      <w:r w:rsidRPr="007916C3">
        <w:rPr>
          <w:sz w:val="20"/>
          <w:szCs w:val="20"/>
        </w:rPr>
        <w:t xml:space="preserve"> </w:t>
      </w:r>
      <w:proofErr w:type="spellStart"/>
      <w:r w:rsidRPr="007916C3">
        <w:rPr>
          <w:sz w:val="20"/>
          <w:szCs w:val="20"/>
        </w:rPr>
        <w:t>darbuotojų</w:t>
      </w:r>
      <w:proofErr w:type="spellEnd"/>
      <w:r w:rsidRPr="007916C3">
        <w:rPr>
          <w:sz w:val="20"/>
          <w:szCs w:val="20"/>
        </w:rPr>
        <w:t xml:space="preserve"> </w:t>
      </w:r>
      <w:proofErr w:type="spellStart"/>
      <w:r w:rsidRPr="007916C3">
        <w:rPr>
          <w:sz w:val="20"/>
          <w:szCs w:val="20"/>
        </w:rPr>
        <w:t>kelionėms</w:t>
      </w:r>
      <w:proofErr w:type="spellEnd"/>
      <w:r w:rsidRPr="007916C3">
        <w:rPr>
          <w:sz w:val="20"/>
          <w:szCs w:val="20"/>
        </w:rPr>
        <w:t xml:space="preserve"> į susitikim</w:t>
      </w:r>
      <w:r w:rsidRPr="007916C3">
        <w:rPr>
          <w:sz w:val="20"/>
          <w:szCs w:val="20"/>
        </w:rPr>
        <w:t xml:space="preserve">us su projekto dalyviais, institucijas ir kitas projekto veiklų vykdymo vietas. </w:t>
      </w:r>
    </w:p>
    <w:p w:rsidR="005459A2" w:rsidRPr="007916C3" w:rsidRDefault="006C2F1B">
      <w:pPr>
        <w:rPr>
          <w:sz w:val="20"/>
          <w:szCs w:val="20"/>
        </w:rPr>
      </w:pPr>
      <w:proofErr w:type="spellStart"/>
      <w:r w:rsidRPr="007916C3">
        <w:rPr>
          <w:sz w:val="20"/>
          <w:szCs w:val="20"/>
        </w:rPr>
        <w:t>Dėl</w:t>
      </w:r>
      <w:proofErr w:type="spellEnd"/>
      <w:r w:rsidRPr="007916C3">
        <w:rPr>
          <w:sz w:val="20"/>
          <w:szCs w:val="20"/>
        </w:rPr>
        <w:t xml:space="preserve"> </w:t>
      </w:r>
      <w:proofErr w:type="spellStart"/>
      <w:r w:rsidRPr="007916C3">
        <w:rPr>
          <w:sz w:val="20"/>
          <w:szCs w:val="20"/>
        </w:rPr>
        <w:t>apklausos</w:t>
      </w:r>
      <w:proofErr w:type="spellEnd"/>
      <w:r w:rsidRPr="007916C3">
        <w:rPr>
          <w:sz w:val="20"/>
          <w:szCs w:val="20"/>
        </w:rPr>
        <w:t xml:space="preserve"> </w:t>
      </w:r>
      <w:proofErr w:type="spellStart"/>
      <w:r w:rsidRPr="007916C3">
        <w:rPr>
          <w:sz w:val="20"/>
          <w:szCs w:val="20"/>
        </w:rPr>
        <w:t>kreiptis</w:t>
      </w:r>
      <w:proofErr w:type="spellEnd"/>
      <w:r w:rsidRPr="007916C3">
        <w:rPr>
          <w:sz w:val="20"/>
          <w:szCs w:val="20"/>
        </w:rPr>
        <w:t xml:space="preserve"> el. paštu </w:t>
      </w:r>
      <w:r w:rsidRPr="007916C3">
        <w:rPr>
          <w:b/>
          <w:sz w:val="20"/>
          <w:szCs w:val="20"/>
        </w:rPr>
        <w:t>uzsakymai@redcross.lt</w:t>
      </w:r>
      <w:r w:rsidRPr="007916C3">
        <w:rPr>
          <w:sz w:val="20"/>
          <w:szCs w:val="20"/>
        </w:rPr>
        <w:t>.</w:t>
      </w:r>
    </w:p>
    <w:p w:rsidR="005459A2" w:rsidRPr="007916C3" w:rsidRDefault="006C2F1B">
      <w:pPr>
        <w:pStyle w:val="Heading1"/>
        <w:rPr>
          <w:sz w:val="22"/>
          <w:szCs w:val="22"/>
        </w:rPr>
      </w:pPr>
      <w:r w:rsidRPr="007916C3">
        <w:rPr>
          <w:sz w:val="22"/>
          <w:szCs w:val="22"/>
        </w:rPr>
        <w:t>2. Pasiūlymo pateikimo terminas</w:t>
      </w:r>
    </w:p>
    <w:p w:rsidR="00D11013" w:rsidRPr="007916C3" w:rsidRDefault="006C2F1B">
      <w:pPr>
        <w:rPr>
          <w:sz w:val="20"/>
          <w:szCs w:val="20"/>
        </w:rPr>
      </w:pPr>
      <w:r w:rsidRPr="007916C3">
        <w:rPr>
          <w:sz w:val="20"/>
          <w:szCs w:val="20"/>
        </w:rPr>
        <w:t xml:space="preserve">Pasiūlymą </w:t>
      </w:r>
      <w:proofErr w:type="spellStart"/>
      <w:r w:rsidRPr="007916C3">
        <w:rPr>
          <w:sz w:val="20"/>
          <w:szCs w:val="20"/>
        </w:rPr>
        <w:t>prašome</w:t>
      </w:r>
      <w:proofErr w:type="spellEnd"/>
      <w:r w:rsidRPr="007916C3">
        <w:rPr>
          <w:sz w:val="20"/>
          <w:szCs w:val="20"/>
        </w:rPr>
        <w:t xml:space="preserve"> </w:t>
      </w:r>
      <w:proofErr w:type="spellStart"/>
      <w:r w:rsidRPr="007916C3">
        <w:rPr>
          <w:sz w:val="20"/>
          <w:szCs w:val="20"/>
        </w:rPr>
        <w:t>pateikti</w:t>
      </w:r>
      <w:proofErr w:type="spellEnd"/>
      <w:r w:rsidRPr="007916C3">
        <w:rPr>
          <w:sz w:val="20"/>
          <w:szCs w:val="20"/>
        </w:rPr>
        <w:t xml:space="preserve"> </w:t>
      </w:r>
      <w:proofErr w:type="spellStart"/>
      <w:r w:rsidRPr="007916C3">
        <w:rPr>
          <w:sz w:val="20"/>
          <w:szCs w:val="20"/>
        </w:rPr>
        <w:t>iki</w:t>
      </w:r>
      <w:proofErr w:type="spellEnd"/>
      <w:r w:rsidRPr="007916C3">
        <w:rPr>
          <w:sz w:val="20"/>
          <w:szCs w:val="20"/>
        </w:rPr>
        <w:t xml:space="preserve"> </w:t>
      </w:r>
      <w:r w:rsidRPr="007916C3">
        <w:rPr>
          <w:b/>
          <w:sz w:val="20"/>
          <w:szCs w:val="20"/>
        </w:rPr>
        <w:t xml:space="preserve">2026 m. </w:t>
      </w:r>
      <w:proofErr w:type="spellStart"/>
      <w:r w:rsidR="00D11013" w:rsidRPr="007916C3">
        <w:rPr>
          <w:b/>
          <w:sz w:val="20"/>
          <w:szCs w:val="20"/>
        </w:rPr>
        <w:t>spalio</w:t>
      </w:r>
      <w:proofErr w:type="spellEnd"/>
      <w:r w:rsidRPr="007916C3">
        <w:rPr>
          <w:b/>
          <w:sz w:val="20"/>
          <w:szCs w:val="20"/>
        </w:rPr>
        <w:t xml:space="preserve"> </w:t>
      </w:r>
      <w:r w:rsidR="00D11013" w:rsidRPr="007916C3">
        <w:rPr>
          <w:b/>
          <w:sz w:val="20"/>
          <w:szCs w:val="20"/>
        </w:rPr>
        <w:t xml:space="preserve">22 </w:t>
      </w:r>
      <w:r w:rsidRPr="007916C3">
        <w:rPr>
          <w:b/>
          <w:sz w:val="20"/>
          <w:szCs w:val="20"/>
        </w:rPr>
        <w:t>d</w:t>
      </w:r>
      <w:r w:rsidR="00D11013" w:rsidRPr="007916C3">
        <w:rPr>
          <w:b/>
          <w:sz w:val="20"/>
          <w:szCs w:val="20"/>
        </w:rPr>
        <w:t>.15</w:t>
      </w:r>
      <w:r w:rsidRPr="007916C3">
        <w:rPr>
          <w:b/>
          <w:sz w:val="20"/>
          <w:szCs w:val="20"/>
        </w:rPr>
        <w:t xml:space="preserve"> val.</w:t>
      </w:r>
      <w:r w:rsidRPr="007916C3">
        <w:rPr>
          <w:sz w:val="20"/>
          <w:szCs w:val="20"/>
        </w:rPr>
        <w:t xml:space="preserve"> el. paštu </w:t>
      </w:r>
      <w:r w:rsidRPr="007916C3">
        <w:rPr>
          <w:b/>
          <w:sz w:val="20"/>
          <w:szCs w:val="20"/>
        </w:rPr>
        <w:t>uzsaky</w:t>
      </w:r>
      <w:r w:rsidRPr="007916C3">
        <w:rPr>
          <w:b/>
          <w:sz w:val="20"/>
          <w:szCs w:val="20"/>
        </w:rPr>
        <w:t>mai@redcross.lt</w:t>
      </w:r>
      <w:r w:rsidRPr="007916C3">
        <w:rPr>
          <w:sz w:val="20"/>
          <w:szCs w:val="20"/>
        </w:rPr>
        <w:t xml:space="preserve">. </w:t>
      </w:r>
    </w:p>
    <w:p w:rsidR="005459A2" w:rsidRPr="007916C3" w:rsidRDefault="006C2F1B">
      <w:pPr>
        <w:rPr>
          <w:b/>
          <w:color w:val="FF0000"/>
          <w:sz w:val="20"/>
          <w:szCs w:val="20"/>
        </w:rPr>
      </w:pPr>
      <w:proofErr w:type="spellStart"/>
      <w:r w:rsidRPr="007916C3">
        <w:rPr>
          <w:b/>
          <w:color w:val="FF0000"/>
          <w:sz w:val="20"/>
          <w:szCs w:val="20"/>
        </w:rPr>
        <w:t>Pasiūlymas</w:t>
      </w:r>
      <w:proofErr w:type="spellEnd"/>
      <w:r w:rsidRPr="007916C3">
        <w:rPr>
          <w:b/>
          <w:color w:val="FF0000"/>
          <w:sz w:val="20"/>
          <w:szCs w:val="20"/>
        </w:rPr>
        <w:t xml:space="preserve"> </w:t>
      </w:r>
      <w:proofErr w:type="spellStart"/>
      <w:r w:rsidRPr="007916C3">
        <w:rPr>
          <w:b/>
          <w:color w:val="FF0000"/>
          <w:sz w:val="20"/>
          <w:szCs w:val="20"/>
        </w:rPr>
        <w:t>teikiamas</w:t>
      </w:r>
      <w:proofErr w:type="spellEnd"/>
      <w:r w:rsidRPr="007916C3">
        <w:rPr>
          <w:b/>
          <w:color w:val="FF0000"/>
          <w:sz w:val="20"/>
          <w:szCs w:val="20"/>
        </w:rPr>
        <w:t xml:space="preserve"> </w:t>
      </w:r>
      <w:proofErr w:type="spellStart"/>
      <w:r w:rsidRPr="007916C3">
        <w:rPr>
          <w:b/>
          <w:color w:val="FF0000"/>
          <w:sz w:val="20"/>
          <w:szCs w:val="20"/>
        </w:rPr>
        <w:t>užpildžius</w:t>
      </w:r>
      <w:proofErr w:type="spellEnd"/>
      <w:r w:rsidRPr="007916C3">
        <w:rPr>
          <w:b/>
          <w:color w:val="FF0000"/>
          <w:sz w:val="20"/>
          <w:szCs w:val="20"/>
        </w:rPr>
        <w:t xml:space="preserve"> ir pasirašius Priedą Nr. 1, taip pat pateikiant Priedo Nr. 3 informaciją apie siūlomas paslaugas.</w:t>
      </w:r>
    </w:p>
    <w:p w:rsidR="005459A2" w:rsidRPr="007916C3" w:rsidRDefault="006C2F1B">
      <w:pPr>
        <w:pStyle w:val="Heading1"/>
        <w:rPr>
          <w:sz w:val="22"/>
          <w:szCs w:val="22"/>
        </w:rPr>
      </w:pPr>
      <w:r w:rsidRPr="007916C3">
        <w:rPr>
          <w:sz w:val="22"/>
          <w:szCs w:val="22"/>
        </w:rPr>
        <w:t>3. Perkamos paslaugos</w:t>
      </w:r>
    </w:p>
    <w:p w:rsidR="005459A2" w:rsidRPr="007916C3" w:rsidRDefault="006C2F1B">
      <w:pPr>
        <w:rPr>
          <w:sz w:val="20"/>
          <w:szCs w:val="20"/>
        </w:rPr>
      </w:pPr>
      <w:r w:rsidRPr="007916C3">
        <w:rPr>
          <w:sz w:val="20"/>
          <w:szCs w:val="20"/>
        </w:rPr>
        <w:t>Pirkimas skaidomas į dvi dalis. Tiekėjai gali teikti pasiūlymą vienai arba abiem dalims</w:t>
      </w:r>
      <w:r w:rsidRPr="007916C3">
        <w:rPr>
          <w:sz w:val="20"/>
          <w:szCs w:val="20"/>
        </w:rPr>
        <w:t>; kiekviena dalis vertinama atskirai.</w:t>
      </w:r>
    </w:p>
    <w:tbl>
      <w:tblPr>
        <w:tblW w:w="0" w:type="auto"/>
        <w:jc w:val="center"/>
        <w:tblBorders>
          <w:top w:val="single" w:sz="5" w:space="0" w:color="A8A8A8"/>
          <w:left w:val="single" w:sz="5" w:space="0" w:color="A8A8A8"/>
          <w:bottom w:val="single" w:sz="5" w:space="0" w:color="A8A8A8"/>
          <w:right w:val="single" w:sz="5" w:space="0" w:color="A8A8A8"/>
          <w:insideH w:val="single" w:sz="5" w:space="0" w:color="A8A8A8"/>
          <w:insideV w:val="single" w:sz="5" w:space="0" w:color="A8A8A8"/>
        </w:tblBorders>
        <w:tblLayout w:type="fixed"/>
        <w:tblLook w:val="04A0" w:firstRow="1" w:lastRow="0" w:firstColumn="1" w:lastColumn="0" w:noHBand="0" w:noVBand="1"/>
      </w:tblPr>
      <w:tblGrid>
        <w:gridCol w:w="1871"/>
        <w:gridCol w:w="7455"/>
      </w:tblGrid>
      <w:tr w:rsidR="005459A2" w:rsidRPr="007916C3">
        <w:trPr>
          <w:cantSplit/>
          <w:tblHeader/>
          <w:jc w:val="center"/>
        </w:trPr>
        <w:tc>
          <w:tcPr>
            <w:tcW w:w="1871" w:type="dxa"/>
            <w:shd w:val="clear" w:color="auto" w:fill="E8EBEF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b/>
                <w:sz w:val="20"/>
                <w:szCs w:val="20"/>
              </w:rPr>
              <w:t>Pirkimo dalis</w:t>
            </w:r>
          </w:p>
        </w:tc>
        <w:tc>
          <w:tcPr>
            <w:tcW w:w="7455" w:type="dxa"/>
            <w:shd w:val="clear" w:color="auto" w:fill="E8EBEF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b/>
                <w:sz w:val="20"/>
                <w:szCs w:val="20"/>
              </w:rPr>
              <w:t>Paslauga ir preliminarus poreikis</w:t>
            </w:r>
          </w:p>
        </w:tc>
      </w:tr>
      <w:tr w:rsidR="005459A2" w:rsidRPr="007916C3">
        <w:trPr>
          <w:cantSplit/>
          <w:jc w:val="center"/>
        </w:trPr>
        <w:tc>
          <w:tcPr>
            <w:tcW w:w="1871" w:type="dx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sz w:val="20"/>
                <w:szCs w:val="20"/>
              </w:rPr>
              <w:t>I dalis</w:t>
            </w:r>
          </w:p>
        </w:tc>
        <w:tc>
          <w:tcPr>
            <w:tcW w:w="7455" w:type="dx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proofErr w:type="spellStart"/>
            <w:r w:rsidRPr="007916C3">
              <w:rPr>
                <w:sz w:val="20"/>
                <w:szCs w:val="20"/>
              </w:rPr>
              <w:t>Taksi</w:t>
            </w:r>
            <w:proofErr w:type="spellEnd"/>
            <w:r w:rsidR="00A14FDA" w:rsidRPr="007916C3">
              <w:rPr>
                <w:sz w:val="20"/>
                <w:szCs w:val="20"/>
              </w:rPr>
              <w:t>,</w:t>
            </w:r>
            <w:r w:rsidRPr="007916C3">
              <w:rPr>
                <w:sz w:val="20"/>
                <w:szCs w:val="20"/>
              </w:rPr>
              <w:t xml:space="preserve"> </w:t>
            </w:r>
            <w:proofErr w:type="spellStart"/>
            <w:r w:rsidRPr="007916C3">
              <w:rPr>
                <w:sz w:val="20"/>
                <w:szCs w:val="20"/>
              </w:rPr>
              <w:t>pavėžėjimo</w:t>
            </w:r>
            <w:proofErr w:type="spellEnd"/>
            <w:r w:rsidRPr="007916C3">
              <w:rPr>
                <w:sz w:val="20"/>
                <w:szCs w:val="20"/>
              </w:rPr>
              <w:t xml:space="preserve"> </w:t>
            </w:r>
            <w:proofErr w:type="spellStart"/>
            <w:r w:rsidRPr="007916C3">
              <w:rPr>
                <w:sz w:val="20"/>
                <w:szCs w:val="20"/>
              </w:rPr>
              <w:t>paslaugos</w:t>
            </w:r>
            <w:proofErr w:type="spellEnd"/>
            <w:r w:rsidRPr="007916C3">
              <w:rPr>
                <w:sz w:val="20"/>
                <w:szCs w:val="20"/>
              </w:rPr>
              <w:t xml:space="preserve"> </w:t>
            </w:r>
            <w:proofErr w:type="spellStart"/>
            <w:r w:rsidRPr="007916C3">
              <w:rPr>
                <w:sz w:val="20"/>
                <w:szCs w:val="20"/>
              </w:rPr>
              <w:t>Šiaulių</w:t>
            </w:r>
            <w:proofErr w:type="spellEnd"/>
            <w:r w:rsidRPr="007916C3">
              <w:rPr>
                <w:sz w:val="20"/>
                <w:szCs w:val="20"/>
              </w:rPr>
              <w:t xml:space="preserve"> </w:t>
            </w:r>
            <w:proofErr w:type="spellStart"/>
            <w:r w:rsidRPr="007916C3">
              <w:rPr>
                <w:sz w:val="20"/>
                <w:szCs w:val="20"/>
              </w:rPr>
              <w:t>mieste</w:t>
            </w:r>
            <w:proofErr w:type="spellEnd"/>
            <w:r w:rsidRPr="007916C3">
              <w:rPr>
                <w:sz w:val="20"/>
                <w:szCs w:val="20"/>
              </w:rPr>
              <w:t xml:space="preserve"> – apie 12 kelionių pirmyn ir atgal per mėnesį (orientaciniai 24 važiavimai viena kryptimi).</w:t>
            </w:r>
          </w:p>
        </w:tc>
      </w:tr>
      <w:tr w:rsidR="005459A2" w:rsidRPr="007916C3">
        <w:trPr>
          <w:cantSplit/>
          <w:jc w:val="center"/>
        </w:trPr>
        <w:tc>
          <w:tcPr>
            <w:tcW w:w="1871" w:type="dxa"/>
            <w:shd w:val="clear" w:color="auto" w:fill="FAFAF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sz w:val="20"/>
                <w:szCs w:val="20"/>
              </w:rPr>
              <w:t>II dalis</w:t>
            </w:r>
          </w:p>
        </w:tc>
        <w:tc>
          <w:tcPr>
            <w:tcW w:w="7455" w:type="dxa"/>
            <w:shd w:val="clear" w:color="auto" w:fill="FAFAF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sz w:val="20"/>
                <w:szCs w:val="20"/>
              </w:rPr>
              <w:t xml:space="preserve">Trumpalaikė automobilių nuoma Šiaulių mieste – </w:t>
            </w:r>
            <w:proofErr w:type="spellStart"/>
            <w:r w:rsidRPr="007916C3">
              <w:rPr>
                <w:sz w:val="20"/>
                <w:szCs w:val="20"/>
              </w:rPr>
              <w:t>apie</w:t>
            </w:r>
            <w:proofErr w:type="spellEnd"/>
            <w:r w:rsidRPr="007916C3">
              <w:rPr>
                <w:sz w:val="20"/>
                <w:szCs w:val="20"/>
              </w:rPr>
              <w:t xml:space="preserve"> 2 </w:t>
            </w:r>
            <w:proofErr w:type="spellStart"/>
            <w:r w:rsidRPr="007916C3">
              <w:rPr>
                <w:sz w:val="20"/>
                <w:szCs w:val="20"/>
              </w:rPr>
              <w:t>nuomos</w:t>
            </w:r>
            <w:proofErr w:type="spellEnd"/>
            <w:r w:rsidRPr="007916C3">
              <w:rPr>
                <w:sz w:val="20"/>
                <w:szCs w:val="20"/>
              </w:rPr>
              <w:t xml:space="preserve"> </w:t>
            </w:r>
            <w:proofErr w:type="spellStart"/>
            <w:r w:rsidRPr="007916C3">
              <w:rPr>
                <w:sz w:val="20"/>
                <w:szCs w:val="20"/>
              </w:rPr>
              <w:t>dien</w:t>
            </w:r>
            <w:r w:rsidR="00D11013" w:rsidRPr="007916C3">
              <w:rPr>
                <w:sz w:val="20"/>
                <w:szCs w:val="20"/>
              </w:rPr>
              <w:t>o</w:t>
            </w:r>
            <w:r w:rsidRPr="007916C3">
              <w:rPr>
                <w:sz w:val="20"/>
                <w:szCs w:val="20"/>
              </w:rPr>
              <w:t>s</w:t>
            </w:r>
            <w:proofErr w:type="spellEnd"/>
            <w:r w:rsidRPr="007916C3">
              <w:rPr>
                <w:sz w:val="20"/>
                <w:szCs w:val="20"/>
              </w:rPr>
              <w:t xml:space="preserve"> per </w:t>
            </w:r>
            <w:proofErr w:type="spellStart"/>
            <w:r w:rsidRPr="007916C3">
              <w:rPr>
                <w:sz w:val="20"/>
                <w:szCs w:val="20"/>
              </w:rPr>
              <w:t>mėnesį</w:t>
            </w:r>
            <w:proofErr w:type="spellEnd"/>
            <w:r w:rsidRPr="007916C3">
              <w:rPr>
                <w:sz w:val="20"/>
                <w:szCs w:val="20"/>
              </w:rPr>
              <w:t>.</w:t>
            </w:r>
          </w:p>
        </w:tc>
      </w:tr>
    </w:tbl>
    <w:p w:rsidR="005459A2" w:rsidRPr="007916C3" w:rsidRDefault="005459A2">
      <w:pPr>
        <w:spacing w:after="0" w:line="96" w:lineRule="auto"/>
        <w:rPr>
          <w:sz w:val="20"/>
          <w:szCs w:val="20"/>
        </w:rPr>
      </w:pPr>
    </w:p>
    <w:p w:rsidR="00A14FDA" w:rsidRPr="007916C3" w:rsidRDefault="006C2F1B">
      <w:pPr>
        <w:rPr>
          <w:sz w:val="20"/>
          <w:szCs w:val="20"/>
        </w:rPr>
      </w:pPr>
      <w:r w:rsidRPr="007916C3">
        <w:rPr>
          <w:sz w:val="20"/>
          <w:szCs w:val="20"/>
        </w:rPr>
        <w:t>Paslaugos užsakomos tik pagal faktinį poreikį. Nurodyti kiekiai yra preliminarūs, todėl LRK neįsipareigoja užsakyti nustatyto minimalaus kelionių skaičiaus ar nuomos</w:t>
      </w:r>
      <w:r w:rsidRPr="007916C3">
        <w:rPr>
          <w:sz w:val="20"/>
          <w:szCs w:val="20"/>
        </w:rPr>
        <w:t xml:space="preserve"> dienų skaičiaus. </w:t>
      </w:r>
    </w:p>
    <w:p w:rsidR="005459A2" w:rsidRPr="007916C3" w:rsidRDefault="006C2F1B">
      <w:pPr>
        <w:rPr>
          <w:sz w:val="20"/>
          <w:szCs w:val="20"/>
        </w:rPr>
      </w:pPr>
      <w:proofErr w:type="spellStart"/>
      <w:r w:rsidRPr="007916C3">
        <w:rPr>
          <w:sz w:val="20"/>
          <w:szCs w:val="20"/>
        </w:rPr>
        <w:t>Paslaugų</w:t>
      </w:r>
      <w:proofErr w:type="spellEnd"/>
      <w:r w:rsidRPr="007916C3">
        <w:rPr>
          <w:sz w:val="20"/>
          <w:szCs w:val="20"/>
        </w:rPr>
        <w:t xml:space="preserve"> </w:t>
      </w:r>
      <w:proofErr w:type="spellStart"/>
      <w:r w:rsidRPr="007916C3">
        <w:rPr>
          <w:sz w:val="20"/>
          <w:szCs w:val="20"/>
        </w:rPr>
        <w:t>teikimo</w:t>
      </w:r>
      <w:proofErr w:type="spellEnd"/>
      <w:r w:rsidRPr="007916C3">
        <w:rPr>
          <w:sz w:val="20"/>
          <w:szCs w:val="20"/>
        </w:rPr>
        <w:t xml:space="preserve"> </w:t>
      </w:r>
      <w:proofErr w:type="spellStart"/>
      <w:r w:rsidRPr="007916C3">
        <w:rPr>
          <w:sz w:val="20"/>
          <w:szCs w:val="20"/>
        </w:rPr>
        <w:t>laikotarpis</w:t>
      </w:r>
      <w:proofErr w:type="spellEnd"/>
      <w:r w:rsidRPr="007916C3">
        <w:rPr>
          <w:sz w:val="20"/>
          <w:szCs w:val="20"/>
        </w:rPr>
        <w:t xml:space="preserve"> – nuo sutarties įsigaliojimo iki 2028 m. gruodžio 31 d.</w:t>
      </w:r>
    </w:p>
    <w:p w:rsidR="005459A2" w:rsidRPr="007916C3" w:rsidRDefault="006C2F1B">
      <w:pPr>
        <w:pStyle w:val="Heading1"/>
        <w:rPr>
          <w:sz w:val="22"/>
          <w:szCs w:val="22"/>
        </w:rPr>
      </w:pPr>
      <w:r w:rsidRPr="007916C3">
        <w:rPr>
          <w:sz w:val="22"/>
          <w:szCs w:val="22"/>
        </w:rPr>
        <w:t xml:space="preserve">4. Reikalavimai </w:t>
      </w:r>
      <w:r w:rsidRPr="007916C3">
        <w:rPr>
          <w:sz w:val="22"/>
          <w:szCs w:val="22"/>
        </w:rPr>
        <w:t>paslaugoms</w:t>
      </w:r>
    </w:p>
    <w:p w:rsidR="005459A2" w:rsidRPr="007916C3" w:rsidRDefault="006C2F1B">
      <w:pPr>
        <w:rPr>
          <w:sz w:val="20"/>
          <w:szCs w:val="20"/>
        </w:rPr>
      </w:pPr>
      <w:r w:rsidRPr="007916C3">
        <w:rPr>
          <w:sz w:val="20"/>
          <w:szCs w:val="20"/>
        </w:rPr>
        <w:t xml:space="preserve">Paslaugos turi būti teikiamos Šiaulių mieste. Tiekėjas pasiūlyme nurodo, kurią pirkimo dalį siūlo, kokia užsakymo tvarka, ir pateikia toliau nurodytus įkainius bei sąlygas. </w:t>
      </w:r>
    </w:p>
    <w:p w:rsidR="005459A2" w:rsidRDefault="005459A2">
      <w:pPr>
        <w:spacing w:after="0" w:line="96" w:lineRule="auto"/>
      </w:pPr>
    </w:p>
    <w:p w:rsidR="005459A2" w:rsidRPr="007916C3" w:rsidRDefault="006C2F1B">
      <w:pPr>
        <w:pStyle w:val="Heading1"/>
        <w:rPr>
          <w:sz w:val="22"/>
          <w:szCs w:val="22"/>
        </w:rPr>
      </w:pPr>
      <w:r w:rsidRPr="007916C3">
        <w:rPr>
          <w:sz w:val="22"/>
          <w:szCs w:val="22"/>
        </w:rPr>
        <w:t>5. Pirkimo sąlygos ir pasiūlymų vertinimas</w:t>
      </w:r>
    </w:p>
    <w:p w:rsidR="005459A2" w:rsidRPr="007916C3" w:rsidRDefault="006C2F1B">
      <w:pPr>
        <w:rPr>
          <w:sz w:val="20"/>
          <w:szCs w:val="20"/>
        </w:rPr>
      </w:pPr>
      <w:r w:rsidRPr="007916C3">
        <w:rPr>
          <w:sz w:val="20"/>
          <w:szCs w:val="20"/>
        </w:rPr>
        <w:t>5.1. LRK vertina paslaugų teikimo galimybę Šiaulių mieste, įkainius ir atsiskaitymo sąlygas. Prireikus gali prašyti paaiškinimų.</w:t>
      </w:r>
    </w:p>
    <w:p w:rsidR="005459A2" w:rsidRPr="007916C3" w:rsidRDefault="006C2F1B">
      <w:pPr>
        <w:rPr>
          <w:sz w:val="20"/>
          <w:szCs w:val="20"/>
        </w:rPr>
      </w:pPr>
      <w:r w:rsidRPr="007916C3">
        <w:rPr>
          <w:sz w:val="20"/>
          <w:szCs w:val="20"/>
        </w:rPr>
        <w:t xml:space="preserve">5.2. Kiekvienos dalies pasiūlymai vertinami atskirai. Iš nustatytą </w:t>
      </w:r>
      <w:r w:rsidRPr="007916C3">
        <w:rPr>
          <w:sz w:val="20"/>
          <w:szCs w:val="20"/>
        </w:rPr>
        <w:t>poreikį atitinkančių pasiūlymų pasirenkamas mažiausios palyginamosios kainos pasiūlymas.</w:t>
      </w:r>
    </w:p>
    <w:p w:rsidR="005459A2" w:rsidRPr="007916C3" w:rsidRDefault="006C2F1B">
      <w:pPr>
        <w:pageBreakBefore/>
        <w:spacing w:after="180"/>
        <w:jc w:val="right"/>
        <w:rPr>
          <w:sz w:val="22"/>
        </w:rPr>
      </w:pPr>
      <w:proofErr w:type="spellStart"/>
      <w:r w:rsidRPr="007916C3">
        <w:rPr>
          <w:sz w:val="22"/>
        </w:rPr>
        <w:lastRenderedPageBreak/>
        <w:t>Priedas</w:t>
      </w:r>
      <w:proofErr w:type="spellEnd"/>
      <w:r w:rsidRPr="007916C3">
        <w:rPr>
          <w:sz w:val="22"/>
        </w:rPr>
        <w:t xml:space="preserve"> Nr. 1</w:t>
      </w:r>
    </w:p>
    <w:p w:rsidR="005459A2" w:rsidRPr="007916C3" w:rsidRDefault="006C2F1B">
      <w:pPr>
        <w:spacing w:after="200"/>
        <w:jc w:val="center"/>
        <w:rPr>
          <w:sz w:val="22"/>
        </w:rPr>
      </w:pPr>
      <w:r w:rsidRPr="007916C3">
        <w:rPr>
          <w:b/>
          <w:sz w:val="22"/>
        </w:rPr>
        <w:t>PASIŪLYMAS DĖL TAKSI, PAVĖŽĖJIMO IR / AR TRUMPALAIKĖS AUTOMOBILIŲ NUOMOS PASLAUGŲ</w:t>
      </w:r>
    </w:p>
    <w:p w:rsidR="005459A2" w:rsidRPr="007916C3" w:rsidRDefault="006C2F1B">
      <w:pPr>
        <w:spacing w:after="140"/>
        <w:jc w:val="center"/>
        <w:rPr>
          <w:sz w:val="20"/>
          <w:szCs w:val="20"/>
        </w:rPr>
      </w:pPr>
      <w:r w:rsidRPr="007916C3">
        <w:rPr>
          <w:sz w:val="20"/>
          <w:szCs w:val="20"/>
        </w:rPr>
        <w:t>Data: _____________________</w:t>
      </w:r>
    </w:p>
    <w:tbl>
      <w:tblPr>
        <w:tblW w:w="0" w:type="auto"/>
        <w:jc w:val="center"/>
        <w:tblBorders>
          <w:top w:val="single" w:sz="5" w:space="0" w:color="A8A8A8"/>
          <w:left w:val="single" w:sz="5" w:space="0" w:color="A8A8A8"/>
          <w:bottom w:val="single" w:sz="5" w:space="0" w:color="A8A8A8"/>
          <w:right w:val="single" w:sz="5" w:space="0" w:color="A8A8A8"/>
          <w:insideH w:val="single" w:sz="5" w:space="0" w:color="A8A8A8"/>
          <w:insideV w:val="single" w:sz="5" w:space="0" w:color="A8A8A8"/>
        </w:tblBorders>
        <w:tblLayout w:type="fixed"/>
        <w:tblLook w:val="04A0" w:firstRow="1" w:lastRow="0" w:firstColumn="1" w:lastColumn="0" w:noHBand="0" w:noVBand="1"/>
      </w:tblPr>
      <w:tblGrid>
        <w:gridCol w:w="3628"/>
        <w:gridCol w:w="5698"/>
      </w:tblGrid>
      <w:tr w:rsidR="005459A2" w:rsidRPr="007916C3">
        <w:trPr>
          <w:cantSplit/>
          <w:tblHeader/>
          <w:jc w:val="center"/>
        </w:trPr>
        <w:tc>
          <w:tcPr>
            <w:tcW w:w="3628" w:type="dxa"/>
            <w:shd w:val="clear" w:color="auto" w:fill="E8EBEF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b/>
                <w:sz w:val="20"/>
                <w:szCs w:val="20"/>
              </w:rPr>
              <w:t>Tiekėjo</w:t>
            </w:r>
            <w:r w:rsidRPr="007916C3">
              <w:rPr>
                <w:b/>
                <w:sz w:val="20"/>
                <w:szCs w:val="20"/>
              </w:rPr>
              <w:t xml:space="preserve"> duomenys</w:t>
            </w:r>
          </w:p>
        </w:tc>
        <w:tc>
          <w:tcPr>
            <w:tcW w:w="5698" w:type="dxa"/>
            <w:shd w:val="clear" w:color="auto" w:fill="E8EBEF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b/>
                <w:sz w:val="20"/>
                <w:szCs w:val="20"/>
              </w:rPr>
              <w:t>Įrašyti informaciją</w:t>
            </w:r>
          </w:p>
        </w:tc>
      </w:tr>
      <w:tr w:rsidR="005459A2" w:rsidRPr="007916C3">
        <w:trPr>
          <w:cantSplit/>
          <w:jc w:val="center"/>
        </w:trPr>
        <w:tc>
          <w:tcPr>
            <w:tcW w:w="3628" w:type="dx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sz w:val="20"/>
                <w:szCs w:val="20"/>
              </w:rPr>
              <w:t>Pavadinimas / vardas, pavardė</w:t>
            </w:r>
          </w:p>
        </w:tc>
        <w:tc>
          <w:tcPr>
            <w:tcW w:w="5698" w:type="dx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5459A2">
            <w:pPr>
              <w:spacing w:after="0"/>
              <w:rPr>
                <w:sz w:val="20"/>
                <w:szCs w:val="20"/>
              </w:rPr>
            </w:pPr>
          </w:p>
        </w:tc>
      </w:tr>
      <w:tr w:rsidR="005459A2" w:rsidRPr="007916C3">
        <w:trPr>
          <w:cantSplit/>
          <w:jc w:val="center"/>
        </w:trPr>
        <w:tc>
          <w:tcPr>
            <w:tcW w:w="3628" w:type="dxa"/>
            <w:shd w:val="clear" w:color="auto" w:fill="FAFAF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sz w:val="20"/>
                <w:szCs w:val="20"/>
              </w:rPr>
              <w:t>Adresas</w:t>
            </w:r>
          </w:p>
        </w:tc>
        <w:tc>
          <w:tcPr>
            <w:tcW w:w="5698" w:type="dxa"/>
            <w:shd w:val="clear" w:color="auto" w:fill="FAFAF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5459A2">
            <w:pPr>
              <w:spacing w:after="0"/>
              <w:rPr>
                <w:sz w:val="20"/>
                <w:szCs w:val="20"/>
              </w:rPr>
            </w:pPr>
          </w:p>
        </w:tc>
      </w:tr>
      <w:tr w:rsidR="005459A2" w:rsidRPr="007916C3">
        <w:trPr>
          <w:cantSplit/>
          <w:jc w:val="center"/>
        </w:trPr>
        <w:tc>
          <w:tcPr>
            <w:tcW w:w="3628" w:type="dx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sz w:val="20"/>
                <w:szCs w:val="20"/>
              </w:rPr>
              <w:t>Įmonės / veiklos kodas (jei taikoma)</w:t>
            </w:r>
          </w:p>
        </w:tc>
        <w:tc>
          <w:tcPr>
            <w:tcW w:w="5698" w:type="dx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5459A2">
            <w:pPr>
              <w:spacing w:after="0"/>
              <w:rPr>
                <w:sz w:val="20"/>
                <w:szCs w:val="20"/>
              </w:rPr>
            </w:pPr>
          </w:p>
        </w:tc>
      </w:tr>
      <w:tr w:rsidR="005459A2" w:rsidRPr="007916C3">
        <w:trPr>
          <w:cantSplit/>
          <w:jc w:val="center"/>
        </w:trPr>
        <w:tc>
          <w:tcPr>
            <w:tcW w:w="3628" w:type="dxa"/>
            <w:shd w:val="clear" w:color="auto" w:fill="FAFAF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sz w:val="20"/>
                <w:szCs w:val="20"/>
              </w:rPr>
              <w:t>PVM mokėtojo kodas (jei taikoma)</w:t>
            </w:r>
          </w:p>
        </w:tc>
        <w:tc>
          <w:tcPr>
            <w:tcW w:w="5698" w:type="dxa"/>
            <w:shd w:val="clear" w:color="auto" w:fill="FAFAF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5459A2">
            <w:pPr>
              <w:spacing w:after="0"/>
              <w:rPr>
                <w:sz w:val="20"/>
                <w:szCs w:val="20"/>
              </w:rPr>
            </w:pPr>
          </w:p>
        </w:tc>
      </w:tr>
      <w:tr w:rsidR="005459A2" w:rsidRPr="007916C3">
        <w:trPr>
          <w:cantSplit/>
          <w:jc w:val="center"/>
        </w:trPr>
        <w:tc>
          <w:tcPr>
            <w:tcW w:w="3628" w:type="dx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sz w:val="20"/>
                <w:szCs w:val="20"/>
              </w:rPr>
              <w:t>Kontaktinis asmuo</w:t>
            </w:r>
          </w:p>
        </w:tc>
        <w:tc>
          <w:tcPr>
            <w:tcW w:w="5698" w:type="dx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5459A2">
            <w:pPr>
              <w:spacing w:after="0"/>
              <w:rPr>
                <w:sz w:val="20"/>
                <w:szCs w:val="20"/>
              </w:rPr>
            </w:pPr>
          </w:p>
        </w:tc>
      </w:tr>
      <w:tr w:rsidR="005459A2" w:rsidRPr="007916C3">
        <w:trPr>
          <w:cantSplit/>
          <w:jc w:val="center"/>
        </w:trPr>
        <w:tc>
          <w:tcPr>
            <w:tcW w:w="3628" w:type="dxa"/>
            <w:shd w:val="clear" w:color="auto" w:fill="FAFAF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sz w:val="20"/>
                <w:szCs w:val="20"/>
              </w:rPr>
              <w:t>Telefonas, el. paštas</w:t>
            </w:r>
          </w:p>
        </w:tc>
        <w:tc>
          <w:tcPr>
            <w:tcW w:w="5698" w:type="dxa"/>
            <w:shd w:val="clear" w:color="auto" w:fill="FAFAF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5459A2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5459A2" w:rsidRPr="007916C3" w:rsidRDefault="005459A2">
      <w:pPr>
        <w:spacing w:after="0" w:line="96" w:lineRule="auto"/>
        <w:rPr>
          <w:sz w:val="20"/>
          <w:szCs w:val="20"/>
        </w:rPr>
      </w:pPr>
    </w:p>
    <w:p w:rsidR="005459A2" w:rsidRPr="007916C3" w:rsidRDefault="006C2F1B">
      <w:pPr>
        <w:rPr>
          <w:sz w:val="20"/>
          <w:szCs w:val="20"/>
        </w:rPr>
      </w:pPr>
      <w:r w:rsidRPr="007916C3">
        <w:rPr>
          <w:b/>
          <w:sz w:val="20"/>
          <w:szCs w:val="20"/>
        </w:rPr>
        <w:t xml:space="preserve">Teikiamas pasiūlymas: </w:t>
      </w:r>
      <w:r w:rsidRPr="007916C3">
        <w:rPr>
          <w:b/>
          <w:color w:val="FF0000"/>
          <w:sz w:val="20"/>
          <w:szCs w:val="20"/>
        </w:rPr>
        <w:t>[I daliai / II daliai / abiem dalims]</w:t>
      </w:r>
      <w:r w:rsidRPr="007916C3">
        <w:rPr>
          <w:b/>
          <w:color w:val="FF0000"/>
          <w:sz w:val="20"/>
          <w:szCs w:val="20"/>
        </w:rPr>
        <w:t xml:space="preserve"> (nereikalingą išbraukti).</w:t>
      </w:r>
    </w:p>
    <w:p w:rsidR="005459A2" w:rsidRPr="007916C3" w:rsidRDefault="006C2F1B">
      <w:pPr>
        <w:pStyle w:val="Heading2"/>
        <w:rPr>
          <w:sz w:val="22"/>
          <w:szCs w:val="22"/>
        </w:rPr>
      </w:pPr>
      <w:r w:rsidRPr="007916C3">
        <w:rPr>
          <w:sz w:val="22"/>
          <w:szCs w:val="22"/>
        </w:rPr>
        <w:t xml:space="preserve">A. I </w:t>
      </w:r>
      <w:proofErr w:type="spellStart"/>
      <w:r w:rsidRPr="007916C3">
        <w:rPr>
          <w:sz w:val="22"/>
          <w:szCs w:val="22"/>
        </w:rPr>
        <w:t>dalis</w:t>
      </w:r>
      <w:proofErr w:type="spellEnd"/>
      <w:r w:rsidRPr="007916C3">
        <w:rPr>
          <w:sz w:val="22"/>
          <w:szCs w:val="22"/>
        </w:rPr>
        <w:t xml:space="preserve"> – </w:t>
      </w:r>
      <w:proofErr w:type="spellStart"/>
      <w:r w:rsidRPr="007916C3">
        <w:rPr>
          <w:sz w:val="22"/>
          <w:szCs w:val="22"/>
        </w:rPr>
        <w:t>taksi</w:t>
      </w:r>
      <w:proofErr w:type="spellEnd"/>
      <w:r w:rsidR="00A14FDA" w:rsidRPr="007916C3">
        <w:rPr>
          <w:sz w:val="22"/>
          <w:szCs w:val="22"/>
        </w:rPr>
        <w:t xml:space="preserve">, </w:t>
      </w:r>
      <w:proofErr w:type="spellStart"/>
      <w:r w:rsidRPr="007916C3">
        <w:rPr>
          <w:sz w:val="22"/>
          <w:szCs w:val="22"/>
        </w:rPr>
        <w:t>pavėžėjimo</w:t>
      </w:r>
      <w:proofErr w:type="spellEnd"/>
      <w:r w:rsidRPr="007916C3">
        <w:rPr>
          <w:sz w:val="22"/>
          <w:szCs w:val="22"/>
        </w:rPr>
        <w:t xml:space="preserve"> </w:t>
      </w:r>
      <w:proofErr w:type="spellStart"/>
      <w:r w:rsidRPr="007916C3">
        <w:rPr>
          <w:sz w:val="22"/>
          <w:szCs w:val="22"/>
        </w:rPr>
        <w:t>paslaugos</w:t>
      </w:r>
      <w:proofErr w:type="spellEnd"/>
    </w:p>
    <w:p w:rsidR="005459A2" w:rsidRPr="007916C3" w:rsidRDefault="006C2F1B">
      <w:pPr>
        <w:rPr>
          <w:sz w:val="20"/>
          <w:szCs w:val="20"/>
        </w:rPr>
      </w:pPr>
      <w:r w:rsidRPr="007916C3">
        <w:rPr>
          <w:sz w:val="20"/>
          <w:szCs w:val="20"/>
        </w:rPr>
        <w:t>Jei I daliai pasiūlymas neteikiamas, šios lentelės galima nepildyti.</w:t>
      </w:r>
    </w:p>
    <w:tbl>
      <w:tblPr>
        <w:tblW w:w="0" w:type="auto"/>
        <w:jc w:val="center"/>
        <w:tblBorders>
          <w:top w:val="single" w:sz="5" w:space="0" w:color="A8A8A8"/>
          <w:left w:val="single" w:sz="5" w:space="0" w:color="A8A8A8"/>
          <w:bottom w:val="single" w:sz="5" w:space="0" w:color="A8A8A8"/>
          <w:right w:val="single" w:sz="5" w:space="0" w:color="A8A8A8"/>
          <w:insideH w:val="single" w:sz="5" w:space="0" w:color="A8A8A8"/>
          <w:insideV w:val="single" w:sz="5" w:space="0" w:color="A8A8A8"/>
        </w:tblBorders>
        <w:tblLayout w:type="fixed"/>
        <w:tblLook w:val="04A0" w:firstRow="1" w:lastRow="0" w:firstColumn="1" w:lastColumn="0" w:noHBand="0" w:noVBand="1"/>
      </w:tblPr>
      <w:tblGrid>
        <w:gridCol w:w="6633"/>
        <w:gridCol w:w="2693"/>
      </w:tblGrid>
      <w:tr w:rsidR="005459A2" w:rsidRPr="007916C3">
        <w:trPr>
          <w:cantSplit/>
          <w:tblHeader/>
          <w:jc w:val="center"/>
        </w:trPr>
        <w:tc>
          <w:tcPr>
            <w:tcW w:w="6633" w:type="dxa"/>
            <w:shd w:val="clear" w:color="auto" w:fill="E8EBEF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b/>
                <w:sz w:val="20"/>
                <w:szCs w:val="20"/>
              </w:rPr>
              <w:t>Kainos sudedamoji dalis</w:t>
            </w:r>
          </w:p>
        </w:tc>
        <w:tc>
          <w:tcPr>
            <w:tcW w:w="2693" w:type="dxa"/>
            <w:shd w:val="clear" w:color="auto" w:fill="E8EBEF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b/>
                <w:sz w:val="20"/>
                <w:szCs w:val="20"/>
              </w:rPr>
              <w:t>Įkainis, Eur su PVM</w:t>
            </w:r>
          </w:p>
        </w:tc>
      </w:tr>
      <w:tr w:rsidR="005459A2" w:rsidRPr="007916C3">
        <w:trPr>
          <w:cantSplit/>
          <w:jc w:val="center"/>
        </w:trPr>
        <w:tc>
          <w:tcPr>
            <w:tcW w:w="6633" w:type="dx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sz w:val="20"/>
                <w:szCs w:val="20"/>
              </w:rPr>
              <w:t>Įsėdimo / užsakymo mokestis už vieną važiavimą</w:t>
            </w:r>
          </w:p>
        </w:tc>
        <w:tc>
          <w:tcPr>
            <w:tcW w:w="2693" w:type="dx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5459A2">
            <w:pPr>
              <w:spacing w:after="0"/>
              <w:rPr>
                <w:sz w:val="20"/>
                <w:szCs w:val="20"/>
              </w:rPr>
            </w:pPr>
          </w:p>
        </w:tc>
      </w:tr>
      <w:tr w:rsidR="005459A2" w:rsidRPr="007916C3">
        <w:trPr>
          <w:cantSplit/>
          <w:jc w:val="center"/>
        </w:trPr>
        <w:tc>
          <w:tcPr>
            <w:tcW w:w="6633" w:type="dxa"/>
            <w:shd w:val="clear" w:color="auto" w:fill="FAFAF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sz w:val="20"/>
                <w:szCs w:val="20"/>
              </w:rPr>
              <w:t>1 km kaina</w:t>
            </w:r>
          </w:p>
        </w:tc>
        <w:tc>
          <w:tcPr>
            <w:tcW w:w="2693" w:type="dxa"/>
            <w:shd w:val="clear" w:color="auto" w:fill="FAFAF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5459A2">
            <w:pPr>
              <w:spacing w:after="0"/>
              <w:rPr>
                <w:sz w:val="20"/>
                <w:szCs w:val="20"/>
              </w:rPr>
            </w:pPr>
          </w:p>
        </w:tc>
      </w:tr>
      <w:tr w:rsidR="005459A2" w:rsidRPr="007916C3">
        <w:trPr>
          <w:cantSplit/>
          <w:jc w:val="center"/>
        </w:trPr>
        <w:tc>
          <w:tcPr>
            <w:tcW w:w="6633" w:type="dx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sz w:val="20"/>
                <w:szCs w:val="20"/>
              </w:rPr>
              <w:t xml:space="preserve">1 </w:t>
            </w:r>
            <w:r w:rsidRPr="007916C3">
              <w:rPr>
                <w:sz w:val="20"/>
                <w:szCs w:val="20"/>
              </w:rPr>
              <w:t>min. kaina (jei taikoma)</w:t>
            </w:r>
          </w:p>
        </w:tc>
        <w:tc>
          <w:tcPr>
            <w:tcW w:w="2693" w:type="dx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5459A2">
            <w:pPr>
              <w:spacing w:after="0"/>
              <w:rPr>
                <w:sz w:val="20"/>
                <w:szCs w:val="20"/>
              </w:rPr>
            </w:pPr>
          </w:p>
        </w:tc>
      </w:tr>
      <w:tr w:rsidR="005459A2" w:rsidRPr="007916C3">
        <w:trPr>
          <w:cantSplit/>
          <w:jc w:val="center"/>
        </w:trPr>
        <w:tc>
          <w:tcPr>
            <w:tcW w:w="6633" w:type="dxa"/>
            <w:shd w:val="clear" w:color="auto" w:fill="FAFAF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sz w:val="20"/>
                <w:szCs w:val="20"/>
              </w:rPr>
              <w:t>Kiti privalomi mokesčiai už vieną važiavimą</w:t>
            </w:r>
          </w:p>
        </w:tc>
        <w:tc>
          <w:tcPr>
            <w:tcW w:w="2693" w:type="dxa"/>
            <w:shd w:val="clear" w:color="auto" w:fill="FAFAF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5459A2">
            <w:pPr>
              <w:spacing w:after="0"/>
              <w:rPr>
                <w:sz w:val="20"/>
                <w:szCs w:val="20"/>
              </w:rPr>
            </w:pPr>
          </w:p>
        </w:tc>
      </w:tr>
      <w:tr w:rsidR="005459A2" w:rsidRPr="007916C3">
        <w:trPr>
          <w:cantSplit/>
          <w:jc w:val="center"/>
        </w:trPr>
        <w:tc>
          <w:tcPr>
            <w:tcW w:w="6633" w:type="dx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sz w:val="20"/>
                <w:szCs w:val="20"/>
              </w:rPr>
              <w:t>Minimali kelionės kaina (jei taikoma)</w:t>
            </w:r>
          </w:p>
        </w:tc>
        <w:tc>
          <w:tcPr>
            <w:tcW w:w="2693" w:type="dx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5459A2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5459A2" w:rsidRPr="007916C3" w:rsidRDefault="005459A2">
      <w:pPr>
        <w:spacing w:after="0" w:line="96" w:lineRule="auto"/>
        <w:rPr>
          <w:sz w:val="20"/>
          <w:szCs w:val="20"/>
        </w:rPr>
      </w:pPr>
    </w:p>
    <w:p w:rsidR="005459A2" w:rsidRPr="007916C3" w:rsidRDefault="006C2F1B">
      <w:pPr>
        <w:rPr>
          <w:sz w:val="20"/>
          <w:szCs w:val="20"/>
        </w:rPr>
      </w:pPr>
      <w:r w:rsidRPr="007916C3">
        <w:rPr>
          <w:sz w:val="20"/>
          <w:szCs w:val="20"/>
        </w:rPr>
        <w:t xml:space="preserve">Naudojama </w:t>
      </w:r>
      <w:proofErr w:type="spellStart"/>
      <w:r w:rsidRPr="007916C3">
        <w:rPr>
          <w:sz w:val="20"/>
          <w:szCs w:val="20"/>
        </w:rPr>
        <w:t>kainodara</w:t>
      </w:r>
      <w:proofErr w:type="spellEnd"/>
      <w:r w:rsidRPr="007916C3">
        <w:rPr>
          <w:sz w:val="20"/>
          <w:szCs w:val="20"/>
        </w:rPr>
        <w:t xml:space="preserve"> / </w:t>
      </w:r>
      <w:proofErr w:type="spellStart"/>
      <w:r w:rsidRPr="007916C3">
        <w:rPr>
          <w:sz w:val="20"/>
          <w:szCs w:val="20"/>
        </w:rPr>
        <w:t>papildomi</w:t>
      </w:r>
      <w:proofErr w:type="spellEnd"/>
      <w:r w:rsidRPr="007916C3">
        <w:rPr>
          <w:sz w:val="20"/>
          <w:szCs w:val="20"/>
        </w:rPr>
        <w:t xml:space="preserve"> </w:t>
      </w:r>
      <w:proofErr w:type="spellStart"/>
      <w:r w:rsidRPr="007916C3">
        <w:rPr>
          <w:sz w:val="20"/>
          <w:szCs w:val="20"/>
        </w:rPr>
        <w:t>mokesčiai</w:t>
      </w:r>
      <w:proofErr w:type="spellEnd"/>
      <w:r w:rsidRPr="007916C3">
        <w:rPr>
          <w:sz w:val="20"/>
          <w:szCs w:val="20"/>
        </w:rPr>
        <w:t>:</w:t>
      </w:r>
    </w:p>
    <w:p w:rsidR="005459A2" w:rsidRDefault="006C2F1B">
      <w:r>
        <w:t>________________________________________________________________________________</w:t>
      </w:r>
    </w:p>
    <w:p w:rsidR="005459A2" w:rsidRDefault="006C2F1B">
      <w:r>
        <w:t>________________________________________________________________________________</w:t>
      </w:r>
    </w:p>
    <w:p w:rsidR="005459A2" w:rsidRPr="007916C3" w:rsidRDefault="006C2F1B">
      <w:pPr>
        <w:pStyle w:val="Heading2"/>
        <w:rPr>
          <w:sz w:val="22"/>
          <w:szCs w:val="22"/>
        </w:rPr>
      </w:pPr>
      <w:r w:rsidRPr="007916C3">
        <w:rPr>
          <w:sz w:val="22"/>
          <w:szCs w:val="22"/>
        </w:rPr>
        <w:t>B. II dalis – trumpalaikė</w:t>
      </w:r>
      <w:r w:rsidRPr="007916C3">
        <w:rPr>
          <w:sz w:val="22"/>
          <w:szCs w:val="22"/>
        </w:rPr>
        <w:t xml:space="preserve"> automobilių nuoma</w:t>
      </w:r>
    </w:p>
    <w:p w:rsidR="005459A2" w:rsidRPr="007916C3" w:rsidRDefault="006C2F1B">
      <w:pPr>
        <w:rPr>
          <w:sz w:val="20"/>
          <w:szCs w:val="20"/>
        </w:rPr>
      </w:pPr>
      <w:r w:rsidRPr="007916C3">
        <w:rPr>
          <w:sz w:val="20"/>
          <w:szCs w:val="20"/>
        </w:rPr>
        <w:t>Jei II daliai pasiūlymas neteikiamas, šios lentelės galima nepildyti.</w:t>
      </w:r>
    </w:p>
    <w:tbl>
      <w:tblPr>
        <w:tblW w:w="0" w:type="auto"/>
        <w:jc w:val="center"/>
        <w:tblBorders>
          <w:top w:val="single" w:sz="5" w:space="0" w:color="A8A8A8"/>
          <w:left w:val="single" w:sz="5" w:space="0" w:color="A8A8A8"/>
          <w:bottom w:val="single" w:sz="5" w:space="0" w:color="A8A8A8"/>
          <w:right w:val="single" w:sz="5" w:space="0" w:color="A8A8A8"/>
          <w:insideH w:val="single" w:sz="5" w:space="0" w:color="A8A8A8"/>
          <w:insideV w:val="single" w:sz="5" w:space="0" w:color="A8A8A8"/>
        </w:tblBorders>
        <w:tblLayout w:type="fixed"/>
        <w:tblLook w:val="04A0" w:firstRow="1" w:lastRow="0" w:firstColumn="1" w:lastColumn="0" w:noHBand="0" w:noVBand="1"/>
      </w:tblPr>
      <w:tblGrid>
        <w:gridCol w:w="6633"/>
        <w:gridCol w:w="2693"/>
      </w:tblGrid>
      <w:tr w:rsidR="005459A2" w:rsidRPr="007916C3">
        <w:trPr>
          <w:cantSplit/>
          <w:tblHeader/>
          <w:jc w:val="center"/>
        </w:trPr>
        <w:tc>
          <w:tcPr>
            <w:tcW w:w="6633" w:type="dxa"/>
            <w:shd w:val="clear" w:color="auto" w:fill="E8EBEF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b/>
                <w:sz w:val="20"/>
                <w:szCs w:val="20"/>
              </w:rPr>
              <w:t>Kainos sudedamoji dalis</w:t>
            </w:r>
          </w:p>
        </w:tc>
        <w:tc>
          <w:tcPr>
            <w:tcW w:w="2693" w:type="dxa"/>
            <w:shd w:val="clear" w:color="auto" w:fill="E8EBEF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b/>
                <w:sz w:val="20"/>
                <w:szCs w:val="20"/>
              </w:rPr>
              <w:t>Įkainis, Eur su PVM</w:t>
            </w:r>
          </w:p>
        </w:tc>
      </w:tr>
      <w:tr w:rsidR="005459A2" w:rsidRPr="007916C3">
        <w:trPr>
          <w:cantSplit/>
          <w:jc w:val="center"/>
        </w:trPr>
        <w:tc>
          <w:tcPr>
            <w:tcW w:w="6633" w:type="dx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sz w:val="20"/>
                <w:szCs w:val="20"/>
              </w:rPr>
              <w:t>1 valandos nuomos kaina</w:t>
            </w:r>
          </w:p>
        </w:tc>
        <w:tc>
          <w:tcPr>
            <w:tcW w:w="2693" w:type="dx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5459A2">
            <w:pPr>
              <w:spacing w:after="0"/>
              <w:rPr>
                <w:sz w:val="20"/>
                <w:szCs w:val="20"/>
              </w:rPr>
            </w:pPr>
          </w:p>
        </w:tc>
      </w:tr>
      <w:tr w:rsidR="005459A2" w:rsidRPr="007916C3">
        <w:trPr>
          <w:cantSplit/>
          <w:jc w:val="center"/>
        </w:trPr>
        <w:tc>
          <w:tcPr>
            <w:tcW w:w="6633" w:type="dxa"/>
            <w:shd w:val="clear" w:color="auto" w:fill="FAFAF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sz w:val="20"/>
                <w:szCs w:val="20"/>
              </w:rPr>
              <w:t>1 paros (24 val.) nuomos kaina</w:t>
            </w:r>
          </w:p>
        </w:tc>
        <w:tc>
          <w:tcPr>
            <w:tcW w:w="2693" w:type="dxa"/>
            <w:shd w:val="clear" w:color="auto" w:fill="FAFAF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5459A2">
            <w:pPr>
              <w:spacing w:after="0"/>
              <w:rPr>
                <w:sz w:val="20"/>
                <w:szCs w:val="20"/>
              </w:rPr>
            </w:pPr>
          </w:p>
        </w:tc>
      </w:tr>
      <w:tr w:rsidR="005459A2" w:rsidRPr="007916C3">
        <w:trPr>
          <w:cantSplit/>
          <w:jc w:val="center"/>
        </w:trPr>
        <w:tc>
          <w:tcPr>
            <w:tcW w:w="6633" w:type="dx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sz w:val="20"/>
                <w:szCs w:val="20"/>
              </w:rPr>
              <w:t xml:space="preserve">Privalomi papildomi </w:t>
            </w:r>
            <w:proofErr w:type="spellStart"/>
            <w:r w:rsidRPr="007916C3">
              <w:rPr>
                <w:sz w:val="20"/>
                <w:szCs w:val="20"/>
              </w:rPr>
              <w:t>mokesčiai</w:t>
            </w:r>
            <w:proofErr w:type="spellEnd"/>
            <w:r w:rsidRPr="007916C3">
              <w:rPr>
                <w:sz w:val="20"/>
                <w:szCs w:val="20"/>
              </w:rPr>
              <w:t xml:space="preserve"> </w:t>
            </w:r>
            <w:proofErr w:type="spellStart"/>
            <w:r w:rsidRPr="007916C3">
              <w:rPr>
                <w:sz w:val="20"/>
                <w:szCs w:val="20"/>
              </w:rPr>
              <w:t>už</w:t>
            </w:r>
            <w:proofErr w:type="spellEnd"/>
            <w:r w:rsidRPr="007916C3">
              <w:rPr>
                <w:sz w:val="20"/>
                <w:szCs w:val="20"/>
              </w:rPr>
              <w:t xml:space="preserve"> 1 </w:t>
            </w:r>
            <w:proofErr w:type="spellStart"/>
            <w:r w:rsidRPr="007916C3">
              <w:rPr>
                <w:sz w:val="20"/>
                <w:szCs w:val="20"/>
              </w:rPr>
              <w:t>nuomos</w:t>
            </w:r>
            <w:proofErr w:type="spellEnd"/>
            <w:r w:rsidR="00257687" w:rsidRPr="007916C3">
              <w:rPr>
                <w:sz w:val="20"/>
                <w:szCs w:val="20"/>
              </w:rPr>
              <w:t xml:space="preserve"> </w:t>
            </w:r>
            <w:proofErr w:type="spellStart"/>
            <w:r w:rsidR="00257687" w:rsidRPr="007916C3">
              <w:rPr>
                <w:sz w:val="20"/>
                <w:szCs w:val="20"/>
              </w:rPr>
              <w:t>valandą</w:t>
            </w:r>
            <w:proofErr w:type="spellEnd"/>
            <w:r w:rsidR="00257687" w:rsidRPr="007916C3">
              <w:rPr>
                <w:sz w:val="20"/>
                <w:szCs w:val="20"/>
              </w:rPr>
              <w:t>/</w:t>
            </w:r>
            <w:proofErr w:type="spellStart"/>
            <w:r w:rsidRPr="007916C3">
              <w:rPr>
                <w:sz w:val="20"/>
                <w:szCs w:val="20"/>
              </w:rPr>
              <w:t>parą</w:t>
            </w:r>
            <w:proofErr w:type="spellEnd"/>
          </w:p>
        </w:tc>
        <w:tc>
          <w:tcPr>
            <w:tcW w:w="2693" w:type="dx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5459A2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5459A2" w:rsidRPr="007916C3" w:rsidRDefault="005459A2">
      <w:pPr>
        <w:spacing w:after="0" w:line="96" w:lineRule="auto"/>
        <w:rPr>
          <w:sz w:val="20"/>
          <w:szCs w:val="20"/>
        </w:rPr>
      </w:pPr>
    </w:p>
    <w:p w:rsidR="005459A2" w:rsidRPr="007916C3" w:rsidRDefault="006C2F1B">
      <w:pPr>
        <w:rPr>
          <w:sz w:val="20"/>
          <w:szCs w:val="20"/>
        </w:rPr>
      </w:pPr>
      <w:r w:rsidRPr="007916C3">
        <w:rPr>
          <w:sz w:val="20"/>
          <w:szCs w:val="20"/>
        </w:rPr>
        <w:t xml:space="preserve">Kuras įskaičiuotas: </w:t>
      </w:r>
      <w:r w:rsidRPr="007916C3">
        <w:rPr>
          <w:b/>
          <w:color w:val="FF0000"/>
          <w:sz w:val="20"/>
          <w:szCs w:val="20"/>
        </w:rPr>
        <w:t>[taip / ne]</w:t>
      </w:r>
      <w:r w:rsidRPr="007916C3">
        <w:rPr>
          <w:sz w:val="20"/>
          <w:szCs w:val="20"/>
        </w:rPr>
        <w:t>.</w:t>
      </w:r>
      <w:r w:rsidRPr="007916C3">
        <w:rPr>
          <w:sz w:val="20"/>
          <w:szCs w:val="20"/>
        </w:rPr>
        <w:t xml:space="preserve"> Draudimas įskaičiuotas: </w:t>
      </w:r>
      <w:r w:rsidRPr="007916C3">
        <w:rPr>
          <w:b/>
          <w:color w:val="FF0000"/>
          <w:sz w:val="20"/>
          <w:szCs w:val="20"/>
        </w:rPr>
        <w:t>[taip / ne]</w:t>
      </w:r>
      <w:r w:rsidRPr="007916C3">
        <w:rPr>
          <w:sz w:val="20"/>
          <w:szCs w:val="20"/>
        </w:rPr>
        <w:t>.</w:t>
      </w:r>
    </w:p>
    <w:p w:rsidR="005459A2" w:rsidRPr="007916C3" w:rsidRDefault="006C2F1B">
      <w:pPr>
        <w:rPr>
          <w:sz w:val="20"/>
          <w:szCs w:val="20"/>
        </w:rPr>
      </w:pPr>
      <w:r w:rsidRPr="007916C3">
        <w:rPr>
          <w:sz w:val="20"/>
          <w:szCs w:val="20"/>
        </w:rPr>
        <w:t xml:space="preserve">Ridos limitas: </w:t>
      </w:r>
      <w:r w:rsidRPr="007916C3">
        <w:rPr>
          <w:b/>
          <w:color w:val="FF0000"/>
          <w:sz w:val="20"/>
          <w:szCs w:val="20"/>
        </w:rPr>
        <w:t>[........ km/parą arba neribota]</w:t>
      </w:r>
      <w:r w:rsidRPr="007916C3">
        <w:rPr>
          <w:sz w:val="20"/>
          <w:szCs w:val="20"/>
        </w:rPr>
        <w:t xml:space="preserve">. Viršijimo kaina: </w:t>
      </w:r>
      <w:r w:rsidRPr="007916C3">
        <w:rPr>
          <w:b/>
          <w:color w:val="FF0000"/>
          <w:sz w:val="20"/>
          <w:szCs w:val="20"/>
        </w:rPr>
        <w:t>[........ Eur/km]</w:t>
      </w:r>
      <w:r w:rsidRPr="007916C3">
        <w:rPr>
          <w:sz w:val="20"/>
          <w:szCs w:val="20"/>
        </w:rPr>
        <w:t>.</w:t>
      </w:r>
    </w:p>
    <w:p w:rsidR="005459A2" w:rsidRPr="007916C3" w:rsidRDefault="00257687">
      <w:pPr>
        <w:rPr>
          <w:sz w:val="20"/>
          <w:szCs w:val="20"/>
        </w:rPr>
      </w:pPr>
      <w:proofErr w:type="spellStart"/>
      <w:r w:rsidRPr="007916C3">
        <w:rPr>
          <w:sz w:val="20"/>
          <w:szCs w:val="20"/>
        </w:rPr>
        <w:t>U</w:t>
      </w:r>
      <w:r w:rsidR="006C2F1B" w:rsidRPr="007916C3">
        <w:rPr>
          <w:sz w:val="20"/>
          <w:szCs w:val="20"/>
        </w:rPr>
        <w:t>žstatas</w:t>
      </w:r>
      <w:proofErr w:type="spellEnd"/>
      <w:r w:rsidR="00D90F3D">
        <w:rPr>
          <w:sz w:val="20"/>
          <w:szCs w:val="20"/>
        </w:rPr>
        <w:t xml:space="preserve"> /</w:t>
      </w:r>
      <w:r w:rsidR="006C2F1B" w:rsidRPr="007916C3">
        <w:rPr>
          <w:sz w:val="20"/>
          <w:szCs w:val="20"/>
        </w:rPr>
        <w:t xml:space="preserve"> </w:t>
      </w:r>
      <w:proofErr w:type="spellStart"/>
      <w:r w:rsidR="00D90F3D">
        <w:rPr>
          <w:sz w:val="20"/>
          <w:szCs w:val="20"/>
        </w:rPr>
        <w:t>draudimas</w:t>
      </w:r>
      <w:proofErr w:type="spellEnd"/>
      <w:r w:rsidR="00D90F3D">
        <w:rPr>
          <w:sz w:val="20"/>
          <w:szCs w:val="20"/>
        </w:rPr>
        <w:t xml:space="preserve"> / </w:t>
      </w:r>
      <w:proofErr w:type="spellStart"/>
      <w:r w:rsidRPr="007916C3">
        <w:rPr>
          <w:sz w:val="20"/>
          <w:szCs w:val="20"/>
        </w:rPr>
        <w:t>papildomi</w:t>
      </w:r>
      <w:proofErr w:type="spellEnd"/>
      <w:r w:rsidRPr="007916C3">
        <w:rPr>
          <w:sz w:val="20"/>
          <w:szCs w:val="20"/>
        </w:rPr>
        <w:t xml:space="preserve"> </w:t>
      </w:r>
      <w:proofErr w:type="spellStart"/>
      <w:r w:rsidRPr="007916C3">
        <w:rPr>
          <w:sz w:val="20"/>
          <w:szCs w:val="20"/>
        </w:rPr>
        <w:t>mokesčiai</w:t>
      </w:r>
      <w:proofErr w:type="spellEnd"/>
      <w:r w:rsidR="006C2F1B" w:rsidRPr="007916C3">
        <w:rPr>
          <w:sz w:val="20"/>
          <w:szCs w:val="20"/>
        </w:rPr>
        <w:t>:</w:t>
      </w:r>
    </w:p>
    <w:p w:rsidR="005459A2" w:rsidRDefault="006C2F1B">
      <w:r>
        <w:t>________________________________________________________________________________</w:t>
      </w:r>
    </w:p>
    <w:p w:rsidR="005459A2" w:rsidRPr="007916C3" w:rsidRDefault="006C2F1B">
      <w:pPr>
        <w:pStyle w:val="Heading2"/>
        <w:rPr>
          <w:sz w:val="22"/>
          <w:szCs w:val="22"/>
        </w:rPr>
      </w:pPr>
      <w:r w:rsidRPr="007916C3">
        <w:rPr>
          <w:sz w:val="22"/>
          <w:szCs w:val="22"/>
        </w:rPr>
        <w:t>C. Bendros paslaugų teikimo ir atsiskaitymo sąlygos</w:t>
      </w:r>
    </w:p>
    <w:p w:rsidR="00147720" w:rsidRDefault="00A14FDA">
      <w:pPr>
        <w:rPr>
          <w:sz w:val="20"/>
          <w:szCs w:val="20"/>
        </w:rPr>
      </w:pPr>
      <w:proofErr w:type="spellStart"/>
      <w:r w:rsidRPr="007916C3">
        <w:rPr>
          <w:sz w:val="20"/>
          <w:szCs w:val="20"/>
        </w:rPr>
        <w:t>Ar</w:t>
      </w:r>
      <w:proofErr w:type="spellEnd"/>
      <w:r w:rsidRPr="007916C3">
        <w:rPr>
          <w:sz w:val="20"/>
          <w:szCs w:val="20"/>
        </w:rPr>
        <w:t xml:space="preserve"> </w:t>
      </w:r>
      <w:proofErr w:type="spellStart"/>
      <w:r w:rsidRPr="007916C3">
        <w:rPr>
          <w:sz w:val="20"/>
          <w:szCs w:val="20"/>
        </w:rPr>
        <w:t>s</w:t>
      </w:r>
      <w:r w:rsidR="006C2F1B" w:rsidRPr="007916C3">
        <w:rPr>
          <w:sz w:val="20"/>
          <w:szCs w:val="20"/>
        </w:rPr>
        <w:t>utartis</w:t>
      </w:r>
      <w:proofErr w:type="spellEnd"/>
      <w:r w:rsidRPr="007916C3">
        <w:rPr>
          <w:sz w:val="20"/>
          <w:szCs w:val="20"/>
        </w:rPr>
        <w:t xml:space="preserve"> </w:t>
      </w:r>
      <w:proofErr w:type="spellStart"/>
      <w:r w:rsidRPr="007916C3">
        <w:rPr>
          <w:sz w:val="20"/>
          <w:szCs w:val="20"/>
        </w:rPr>
        <w:t>būtų</w:t>
      </w:r>
      <w:proofErr w:type="spellEnd"/>
      <w:r w:rsidRPr="007916C3">
        <w:rPr>
          <w:sz w:val="20"/>
          <w:szCs w:val="20"/>
        </w:rPr>
        <w:t xml:space="preserve"> </w:t>
      </w:r>
      <w:proofErr w:type="spellStart"/>
      <w:r w:rsidRPr="007916C3">
        <w:rPr>
          <w:sz w:val="20"/>
          <w:szCs w:val="20"/>
        </w:rPr>
        <w:t>pasirašoma</w:t>
      </w:r>
      <w:proofErr w:type="spellEnd"/>
      <w:r w:rsidRPr="007916C3">
        <w:rPr>
          <w:sz w:val="20"/>
          <w:szCs w:val="20"/>
        </w:rPr>
        <w:t xml:space="preserve"> </w:t>
      </w:r>
      <w:proofErr w:type="spellStart"/>
      <w:r w:rsidR="006C2F1B" w:rsidRPr="007916C3">
        <w:rPr>
          <w:sz w:val="20"/>
          <w:szCs w:val="20"/>
        </w:rPr>
        <w:t>su</w:t>
      </w:r>
      <w:proofErr w:type="spellEnd"/>
      <w:r w:rsidR="006C2F1B" w:rsidRPr="007916C3">
        <w:rPr>
          <w:sz w:val="20"/>
          <w:szCs w:val="20"/>
        </w:rPr>
        <w:t xml:space="preserve"> </w:t>
      </w:r>
      <w:proofErr w:type="spellStart"/>
      <w:r w:rsidR="006C2F1B" w:rsidRPr="007916C3">
        <w:rPr>
          <w:sz w:val="20"/>
          <w:szCs w:val="20"/>
        </w:rPr>
        <w:t>juridiniu</w:t>
      </w:r>
      <w:proofErr w:type="spellEnd"/>
      <w:r w:rsidR="006C2F1B" w:rsidRPr="007916C3">
        <w:rPr>
          <w:sz w:val="20"/>
          <w:szCs w:val="20"/>
        </w:rPr>
        <w:t xml:space="preserve"> </w:t>
      </w:r>
      <w:proofErr w:type="spellStart"/>
      <w:r w:rsidR="006C2F1B" w:rsidRPr="007916C3">
        <w:rPr>
          <w:sz w:val="20"/>
          <w:szCs w:val="20"/>
        </w:rPr>
        <w:t>asmeniu</w:t>
      </w:r>
      <w:proofErr w:type="spellEnd"/>
      <w:r w:rsidR="006C2F1B" w:rsidRPr="007916C3">
        <w:rPr>
          <w:sz w:val="20"/>
          <w:szCs w:val="20"/>
        </w:rPr>
        <w:t xml:space="preserve">: </w:t>
      </w:r>
      <w:r w:rsidR="006C2F1B" w:rsidRPr="007916C3">
        <w:rPr>
          <w:b/>
          <w:color w:val="FF0000"/>
          <w:sz w:val="20"/>
          <w:szCs w:val="20"/>
        </w:rPr>
        <w:t>[</w:t>
      </w:r>
      <w:proofErr w:type="spellStart"/>
      <w:r w:rsidR="006C2F1B" w:rsidRPr="007916C3">
        <w:rPr>
          <w:b/>
          <w:color w:val="FF0000"/>
          <w:sz w:val="20"/>
          <w:szCs w:val="20"/>
        </w:rPr>
        <w:t>taip</w:t>
      </w:r>
      <w:proofErr w:type="spellEnd"/>
      <w:r w:rsidR="006C2F1B" w:rsidRPr="007916C3">
        <w:rPr>
          <w:b/>
          <w:color w:val="FF0000"/>
          <w:sz w:val="20"/>
          <w:szCs w:val="20"/>
        </w:rPr>
        <w:t xml:space="preserve"> / ne]</w:t>
      </w:r>
      <w:r w:rsidR="006C2F1B" w:rsidRPr="007916C3">
        <w:rPr>
          <w:sz w:val="20"/>
          <w:szCs w:val="20"/>
        </w:rPr>
        <w:t xml:space="preserve">. </w:t>
      </w:r>
    </w:p>
    <w:p w:rsidR="00BE5310" w:rsidRPr="007916C3" w:rsidRDefault="00BE5310" w:rsidP="00BE5310">
      <w:pPr>
        <w:spacing w:after="0"/>
        <w:rPr>
          <w:sz w:val="20"/>
          <w:szCs w:val="20"/>
        </w:rPr>
      </w:pPr>
      <w:proofErr w:type="spellStart"/>
      <w:r w:rsidRPr="007916C3">
        <w:rPr>
          <w:sz w:val="20"/>
          <w:szCs w:val="20"/>
        </w:rPr>
        <w:t>Ar</w:t>
      </w:r>
      <w:proofErr w:type="spellEnd"/>
      <w:r w:rsidRPr="007916C3">
        <w:rPr>
          <w:sz w:val="20"/>
          <w:szCs w:val="20"/>
        </w:rPr>
        <w:t xml:space="preserve"> </w:t>
      </w:r>
      <w:proofErr w:type="spellStart"/>
      <w:r w:rsidRPr="007916C3">
        <w:rPr>
          <w:sz w:val="20"/>
          <w:szCs w:val="20"/>
        </w:rPr>
        <w:t>taikomos</w:t>
      </w:r>
      <w:proofErr w:type="spellEnd"/>
      <w:r w:rsidRPr="007916C3">
        <w:rPr>
          <w:sz w:val="20"/>
          <w:szCs w:val="20"/>
        </w:rPr>
        <w:t xml:space="preserve"> </w:t>
      </w:r>
      <w:proofErr w:type="spellStart"/>
      <w:r w:rsidRPr="007916C3">
        <w:rPr>
          <w:sz w:val="20"/>
          <w:szCs w:val="20"/>
        </w:rPr>
        <w:t>kainos</w:t>
      </w:r>
      <w:proofErr w:type="spellEnd"/>
      <w:r w:rsidRPr="007916C3">
        <w:rPr>
          <w:sz w:val="20"/>
          <w:szCs w:val="20"/>
        </w:rPr>
        <w:t xml:space="preserve"> </w:t>
      </w:r>
      <w:proofErr w:type="spellStart"/>
      <w:r w:rsidRPr="007916C3">
        <w:rPr>
          <w:sz w:val="20"/>
          <w:szCs w:val="20"/>
        </w:rPr>
        <w:t>arba</w:t>
      </w:r>
      <w:proofErr w:type="spellEnd"/>
      <w:r w:rsidRPr="007916C3">
        <w:rPr>
          <w:sz w:val="20"/>
          <w:szCs w:val="20"/>
        </w:rPr>
        <w:t xml:space="preserve"> </w:t>
      </w:r>
      <w:proofErr w:type="spellStart"/>
      <w:r w:rsidRPr="007916C3">
        <w:rPr>
          <w:sz w:val="20"/>
          <w:szCs w:val="20"/>
        </w:rPr>
        <w:t>nuolaidos</w:t>
      </w:r>
      <w:proofErr w:type="spellEnd"/>
      <w:r w:rsidRPr="007916C3">
        <w:rPr>
          <w:sz w:val="20"/>
          <w:szCs w:val="20"/>
        </w:rPr>
        <w:t xml:space="preserve"> </w:t>
      </w:r>
      <w:proofErr w:type="spellStart"/>
      <w:r w:rsidRPr="007916C3">
        <w:rPr>
          <w:sz w:val="20"/>
          <w:szCs w:val="20"/>
        </w:rPr>
        <w:t>juridiniams</w:t>
      </w:r>
      <w:proofErr w:type="spellEnd"/>
      <w:r w:rsidRPr="007916C3">
        <w:rPr>
          <w:sz w:val="20"/>
          <w:szCs w:val="20"/>
        </w:rPr>
        <w:t xml:space="preserve"> </w:t>
      </w:r>
      <w:proofErr w:type="spellStart"/>
      <w:r w:rsidRPr="007916C3">
        <w:rPr>
          <w:sz w:val="20"/>
          <w:szCs w:val="20"/>
        </w:rPr>
        <w:t>asmenims</w:t>
      </w:r>
      <w:proofErr w:type="spellEnd"/>
      <w:r w:rsidRPr="007916C3">
        <w:rPr>
          <w:sz w:val="20"/>
          <w:szCs w:val="20"/>
        </w:rPr>
        <w:t>?</w:t>
      </w:r>
      <w:r>
        <w:rPr>
          <w:sz w:val="20"/>
          <w:szCs w:val="20"/>
        </w:rPr>
        <w:t xml:space="preserve"> </w:t>
      </w:r>
      <w:r w:rsidRPr="007916C3">
        <w:rPr>
          <w:b/>
          <w:color w:val="FF0000"/>
          <w:sz w:val="20"/>
          <w:szCs w:val="20"/>
        </w:rPr>
        <w:t>[</w:t>
      </w:r>
      <w:r>
        <w:rPr>
          <w:b/>
          <w:color w:val="FF0000"/>
          <w:sz w:val="20"/>
          <w:szCs w:val="20"/>
        </w:rPr>
        <w:t>…</w:t>
      </w:r>
      <w:r w:rsidRPr="007916C3">
        <w:rPr>
          <w:b/>
          <w:color w:val="FF0000"/>
          <w:sz w:val="20"/>
          <w:szCs w:val="20"/>
        </w:rPr>
        <w:t>]</w:t>
      </w:r>
    </w:p>
    <w:p w:rsidR="005459A2" w:rsidRPr="007916C3" w:rsidRDefault="006C2F1B">
      <w:pPr>
        <w:rPr>
          <w:sz w:val="20"/>
          <w:szCs w:val="20"/>
        </w:rPr>
      </w:pPr>
      <w:proofErr w:type="spellStart"/>
      <w:r w:rsidRPr="007916C3">
        <w:rPr>
          <w:sz w:val="20"/>
          <w:szCs w:val="20"/>
        </w:rPr>
        <w:t>Papildomi</w:t>
      </w:r>
      <w:proofErr w:type="spellEnd"/>
      <w:r w:rsidRPr="007916C3">
        <w:rPr>
          <w:sz w:val="20"/>
          <w:szCs w:val="20"/>
        </w:rPr>
        <w:t xml:space="preserve"> </w:t>
      </w:r>
      <w:proofErr w:type="spellStart"/>
      <w:r w:rsidRPr="007916C3">
        <w:rPr>
          <w:sz w:val="20"/>
          <w:szCs w:val="20"/>
        </w:rPr>
        <w:t>pasiūlymo</w:t>
      </w:r>
      <w:proofErr w:type="spellEnd"/>
      <w:r w:rsidRPr="007916C3">
        <w:rPr>
          <w:sz w:val="20"/>
          <w:szCs w:val="20"/>
        </w:rPr>
        <w:t xml:space="preserve"> </w:t>
      </w:r>
      <w:proofErr w:type="spellStart"/>
      <w:r w:rsidRPr="007916C3">
        <w:rPr>
          <w:sz w:val="20"/>
          <w:szCs w:val="20"/>
        </w:rPr>
        <w:t>paaiškinimai</w:t>
      </w:r>
      <w:proofErr w:type="spellEnd"/>
      <w:r w:rsidRPr="007916C3">
        <w:rPr>
          <w:sz w:val="20"/>
          <w:szCs w:val="20"/>
        </w:rPr>
        <w:t>: _______________________________________________________</w:t>
      </w:r>
    </w:p>
    <w:p w:rsidR="005459A2" w:rsidRDefault="006C2F1B">
      <w:pPr>
        <w:rPr>
          <w:sz w:val="20"/>
          <w:szCs w:val="20"/>
        </w:rPr>
      </w:pPr>
      <w:proofErr w:type="spellStart"/>
      <w:r w:rsidRPr="007916C3">
        <w:rPr>
          <w:sz w:val="20"/>
          <w:szCs w:val="20"/>
        </w:rPr>
        <w:t>Pasiūlymas</w:t>
      </w:r>
      <w:proofErr w:type="spellEnd"/>
      <w:r w:rsidRPr="007916C3">
        <w:rPr>
          <w:sz w:val="20"/>
          <w:szCs w:val="20"/>
        </w:rPr>
        <w:t xml:space="preserve"> </w:t>
      </w:r>
      <w:proofErr w:type="spellStart"/>
      <w:r w:rsidRPr="007916C3">
        <w:rPr>
          <w:sz w:val="20"/>
          <w:szCs w:val="20"/>
        </w:rPr>
        <w:t>galioja</w:t>
      </w:r>
      <w:proofErr w:type="spellEnd"/>
      <w:r w:rsidRPr="007916C3">
        <w:rPr>
          <w:sz w:val="20"/>
          <w:szCs w:val="20"/>
        </w:rPr>
        <w:t xml:space="preserve"> ne </w:t>
      </w:r>
      <w:proofErr w:type="spellStart"/>
      <w:r w:rsidRPr="007916C3">
        <w:rPr>
          <w:sz w:val="20"/>
          <w:szCs w:val="20"/>
        </w:rPr>
        <w:t>mažiau</w:t>
      </w:r>
      <w:proofErr w:type="spellEnd"/>
      <w:r w:rsidRPr="007916C3">
        <w:rPr>
          <w:sz w:val="20"/>
          <w:szCs w:val="20"/>
        </w:rPr>
        <w:t xml:space="preserve"> kaip 30 kalendorinių dienų nuo </w:t>
      </w:r>
      <w:proofErr w:type="spellStart"/>
      <w:r w:rsidRPr="007916C3">
        <w:rPr>
          <w:sz w:val="20"/>
          <w:szCs w:val="20"/>
        </w:rPr>
        <w:t>pasiūlymų</w:t>
      </w:r>
      <w:proofErr w:type="spellEnd"/>
      <w:r w:rsidRPr="007916C3">
        <w:rPr>
          <w:sz w:val="20"/>
          <w:szCs w:val="20"/>
        </w:rPr>
        <w:t xml:space="preserve"> </w:t>
      </w:r>
      <w:proofErr w:type="spellStart"/>
      <w:r w:rsidRPr="007916C3">
        <w:rPr>
          <w:sz w:val="20"/>
          <w:szCs w:val="20"/>
        </w:rPr>
        <w:t>pateikimo</w:t>
      </w:r>
      <w:proofErr w:type="spellEnd"/>
      <w:r w:rsidRPr="007916C3">
        <w:rPr>
          <w:sz w:val="20"/>
          <w:szCs w:val="20"/>
        </w:rPr>
        <w:t xml:space="preserve"> </w:t>
      </w:r>
      <w:proofErr w:type="spellStart"/>
      <w:r w:rsidRPr="007916C3">
        <w:rPr>
          <w:sz w:val="20"/>
          <w:szCs w:val="20"/>
        </w:rPr>
        <w:t>termino</w:t>
      </w:r>
      <w:proofErr w:type="spellEnd"/>
      <w:r w:rsidRPr="007916C3">
        <w:rPr>
          <w:sz w:val="20"/>
          <w:szCs w:val="20"/>
        </w:rPr>
        <w:t xml:space="preserve"> </w:t>
      </w:r>
      <w:proofErr w:type="spellStart"/>
      <w:r w:rsidRPr="007916C3">
        <w:rPr>
          <w:sz w:val="20"/>
          <w:szCs w:val="20"/>
        </w:rPr>
        <w:t>pabaigos</w:t>
      </w:r>
      <w:proofErr w:type="spellEnd"/>
      <w:r w:rsidRPr="007916C3">
        <w:rPr>
          <w:sz w:val="20"/>
          <w:szCs w:val="20"/>
        </w:rPr>
        <w:t>.</w:t>
      </w:r>
    </w:p>
    <w:p w:rsidR="007916C3" w:rsidRPr="007916C3" w:rsidRDefault="007916C3">
      <w:pPr>
        <w:rPr>
          <w:sz w:val="20"/>
          <w:szCs w:val="20"/>
        </w:rPr>
      </w:pPr>
    </w:p>
    <w:p w:rsidR="005459A2" w:rsidRPr="007916C3" w:rsidRDefault="006C2F1B">
      <w:pPr>
        <w:spacing w:after="20"/>
        <w:rPr>
          <w:sz w:val="20"/>
          <w:szCs w:val="20"/>
        </w:rPr>
      </w:pPr>
      <w:r w:rsidRPr="007916C3">
        <w:rPr>
          <w:sz w:val="20"/>
          <w:szCs w:val="20"/>
        </w:rPr>
        <w:t>_______________________________________________________</w:t>
      </w:r>
    </w:p>
    <w:p w:rsidR="005459A2" w:rsidRPr="007916C3" w:rsidRDefault="006C2F1B">
      <w:pPr>
        <w:spacing w:after="40"/>
        <w:rPr>
          <w:sz w:val="20"/>
          <w:szCs w:val="20"/>
        </w:rPr>
      </w:pPr>
      <w:r w:rsidRPr="007916C3">
        <w:rPr>
          <w:sz w:val="20"/>
          <w:szCs w:val="20"/>
        </w:rPr>
        <w:t>Tiekėjo ar įgalioto atstovo par</w:t>
      </w:r>
      <w:r w:rsidRPr="007916C3">
        <w:rPr>
          <w:sz w:val="20"/>
          <w:szCs w:val="20"/>
        </w:rPr>
        <w:t>eigos, vardas, pavardė, parašas</w:t>
      </w:r>
    </w:p>
    <w:p w:rsidR="005459A2" w:rsidRPr="007916C3" w:rsidRDefault="006C2F1B">
      <w:pPr>
        <w:pageBreakBefore/>
        <w:spacing w:after="180"/>
        <w:jc w:val="right"/>
        <w:rPr>
          <w:sz w:val="20"/>
          <w:szCs w:val="20"/>
        </w:rPr>
      </w:pPr>
      <w:r w:rsidRPr="007916C3">
        <w:rPr>
          <w:sz w:val="20"/>
          <w:szCs w:val="20"/>
        </w:rPr>
        <w:lastRenderedPageBreak/>
        <w:t>Priedas Nr. 2</w:t>
      </w:r>
    </w:p>
    <w:p w:rsidR="005459A2" w:rsidRPr="007916C3" w:rsidRDefault="006C2F1B">
      <w:pPr>
        <w:spacing w:after="100"/>
        <w:jc w:val="center"/>
        <w:rPr>
          <w:sz w:val="22"/>
        </w:rPr>
      </w:pPr>
      <w:r w:rsidRPr="007916C3">
        <w:rPr>
          <w:b/>
          <w:sz w:val="22"/>
        </w:rPr>
        <w:t xml:space="preserve">PASLAUGŲ TEIKIMO SUTARTIS Nr. </w:t>
      </w:r>
    </w:p>
    <w:p w:rsidR="005459A2" w:rsidRPr="007916C3" w:rsidRDefault="006C2F1B">
      <w:pPr>
        <w:spacing w:after="180"/>
        <w:jc w:val="center"/>
        <w:rPr>
          <w:sz w:val="20"/>
          <w:szCs w:val="20"/>
        </w:rPr>
      </w:pPr>
      <w:r w:rsidRPr="007916C3">
        <w:rPr>
          <w:sz w:val="20"/>
          <w:szCs w:val="20"/>
        </w:rPr>
        <w:t>2026 m.</w:t>
      </w:r>
      <w:r w:rsidR="00A14FDA" w:rsidRPr="007916C3">
        <w:rPr>
          <w:sz w:val="20"/>
          <w:szCs w:val="20"/>
        </w:rPr>
        <w:t xml:space="preserve"> </w:t>
      </w:r>
      <w:proofErr w:type="spellStart"/>
      <w:proofErr w:type="gramStart"/>
      <w:r w:rsidR="00A14FDA" w:rsidRPr="007916C3">
        <w:rPr>
          <w:sz w:val="20"/>
          <w:szCs w:val="20"/>
        </w:rPr>
        <w:t>spalio</w:t>
      </w:r>
      <w:proofErr w:type="spellEnd"/>
      <w:r w:rsidR="00A14FDA" w:rsidRPr="007916C3">
        <w:rPr>
          <w:sz w:val="20"/>
          <w:szCs w:val="20"/>
        </w:rPr>
        <w:t xml:space="preserve">  d.</w:t>
      </w:r>
      <w:proofErr w:type="gramEnd"/>
    </w:p>
    <w:p w:rsidR="005459A2" w:rsidRPr="007916C3" w:rsidRDefault="006C2F1B">
      <w:pPr>
        <w:rPr>
          <w:sz w:val="20"/>
          <w:szCs w:val="20"/>
        </w:rPr>
      </w:pPr>
      <w:r w:rsidRPr="007916C3">
        <w:rPr>
          <w:b/>
          <w:sz w:val="20"/>
          <w:szCs w:val="20"/>
        </w:rPr>
        <w:t>Lietuvos Raudonojo Kryžiaus draugija</w:t>
      </w:r>
      <w:r w:rsidRPr="007916C3">
        <w:rPr>
          <w:sz w:val="20"/>
          <w:szCs w:val="20"/>
        </w:rPr>
        <w:t xml:space="preserve"> (toliau – UŽSAKOVAS), juridinio asmens kodas 190679146, adresas Statybininkų g. 12, Kauna</w:t>
      </w:r>
      <w:r w:rsidRPr="007916C3">
        <w:rPr>
          <w:sz w:val="20"/>
          <w:szCs w:val="20"/>
        </w:rPr>
        <w:t xml:space="preserve">s, atstovaujama generalinės sekretorės Ingridos Damulienės, veikiančios pagal įstatus, ir </w:t>
      </w:r>
      <w:r w:rsidRPr="007916C3">
        <w:rPr>
          <w:sz w:val="20"/>
          <w:szCs w:val="20"/>
          <w:highlight w:val="yellow"/>
        </w:rPr>
        <w:t>[TIEKĖJO PAVADINIMAS]</w:t>
      </w:r>
      <w:r w:rsidRPr="007916C3">
        <w:rPr>
          <w:sz w:val="20"/>
          <w:szCs w:val="20"/>
        </w:rPr>
        <w:t xml:space="preserve">, kodas </w:t>
      </w:r>
      <w:r w:rsidRPr="007916C3">
        <w:rPr>
          <w:sz w:val="20"/>
          <w:szCs w:val="20"/>
          <w:highlight w:val="yellow"/>
        </w:rPr>
        <w:t>[........]</w:t>
      </w:r>
      <w:r w:rsidRPr="007916C3">
        <w:rPr>
          <w:sz w:val="20"/>
          <w:szCs w:val="20"/>
        </w:rPr>
        <w:t xml:space="preserve">, adresas </w:t>
      </w:r>
      <w:r w:rsidRPr="007916C3">
        <w:rPr>
          <w:sz w:val="20"/>
          <w:szCs w:val="20"/>
          <w:highlight w:val="yellow"/>
        </w:rPr>
        <w:t>[........]</w:t>
      </w:r>
      <w:r w:rsidRPr="007916C3">
        <w:rPr>
          <w:sz w:val="20"/>
          <w:szCs w:val="20"/>
        </w:rPr>
        <w:t xml:space="preserve">, atstovaujamas </w:t>
      </w:r>
      <w:r w:rsidRPr="007916C3">
        <w:rPr>
          <w:sz w:val="20"/>
          <w:szCs w:val="20"/>
          <w:highlight w:val="yellow"/>
        </w:rPr>
        <w:t>[........]</w:t>
      </w:r>
      <w:r w:rsidRPr="007916C3">
        <w:rPr>
          <w:sz w:val="20"/>
          <w:szCs w:val="20"/>
        </w:rPr>
        <w:t xml:space="preserve"> (toliau – TIEKĖJAS), kartu – Šalys, sudaro šią sutartį (toliau – Sutartis).</w:t>
      </w:r>
    </w:p>
    <w:p w:rsidR="005459A2" w:rsidRPr="007916C3" w:rsidRDefault="006C2F1B">
      <w:pPr>
        <w:pStyle w:val="Heading1"/>
        <w:rPr>
          <w:szCs w:val="20"/>
        </w:rPr>
      </w:pPr>
      <w:r w:rsidRPr="007916C3">
        <w:rPr>
          <w:szCs w:val="20"/>
        </w:rPr>
        <w:t>1. S</w:t>
      </w:r>
      <w:r w:rsidRPr="007916C3">
        <w:rPr>
          <w:szCs w:val="20"/>
        </w:rPr>
        <w:t>UTARTIES DALYKAS</w:t>
      </w:r>
    </w:p>
    <w:p w:rsidR="005459A2" w:rsidRPr="007916C3" w:rsidRDefault="006C2F1B">
      <w:pPr>
        <w:rPr>
          <w:sz w:val="20"/>
          <w:szCs w:val="20"/>
        </w:rPr>
      </w:pPr>
      <w:r w:rsidRPr="007916C3">
        <w:rPr>
          <w:sz w:val="20"/>
          <w:szCs w:val="20"/>
        </w:rPr>
        <w:t xml:space="preserve">1.1. TIEKĖJAS įsipareigoja pagal UŽSAKOVO faktinį poreikį teikti </w:t>
      </w:r>
      <w:r w:rsidRPr="007916C3">
        <w:rPr>
          <w:sz w:val="20"/>
          <w:szCs w:val="20"/>
          <w:highlight w:val="yellow"/>
        </w:rPr>
        <w:t>[I dalies – taksi ir (arba) pavėžėjimo / II dalies – trumpalaikės automobilių nuomos]</w:t>
      </w:r>
      <w:r w:rsidRPr="007916C3">
        <w:rPr>
          <w:sz w:val="20"/>
          <w:szCs w:val="20"/>
        </w:rPr>
        <w:t xml:space="preserve"> paslaugas Šiaulių mieste, o UŽSAKOVAS įsipareigoja atsiskaityti už tinkamai suteiktas pa</w:t>
      </w:r>
      <w:r w:rsidRPr="007916C3">
        <w:rPr>
          <w:sz w:val="20"/>
          <w:szCs w:val="20"/>
        </w:rPr>
        <w:t>slaugas.</w:t>
      </w:r>
    </w:p>
    <w:p w:rsidR="005459A2" w:rsidRPr="007916C3" w:rsidRDefault="006C2F1B">
      <w:pPr>
        <w:rPr>
          <w:sz w:val="20"/>
          <w:szCs w:val="20"/>
        </w:rPr>
      </w:pPr>
      <w:r w:rsidRPr="007916C3">
        <w:rPr>
          <w:sz w:val="20"/>
          <w:szCs w:val="20"/>
        </w:rPr>
        <w:t xml:space="preserve">1.2. Paslaugos skirtos projekto „Sėkminga integracija Šiaulių apskrityje: kompleksinė pagalba užsienio kilmės </w:t>
      </w:r>
      <w:proofErr w:type="gramStart"/>
      <w:r w:rsidRPr="007916C3">
        <w:rPr>
          <w:sz w:val="20"/>
          <w:szCs w:val="20"/>
        </w:rPr>
        <w:t>gyventojams“ veikloms</w:t>
      </w:r>
      <w:proofErr w:type="gramEnd"/>
      <w:r w:rsidRPr="007916C3">
        <w:rPr>
          <w:sz w:val="20"/>
          <w:szCs w:val="20"/>
        </w:rPr>
        <w:t>. Preliminarios apimtys nurodytos apklausoje, tačiau nėra garantuojamos.</w:t>
      </w:r>
    </w:p>
    <w:p w:rsidR="005459A2" w:rsidRPr="007916C3" w:rsidRDefault="006C2F1B">
      <w:pPr>
        <w:rPr>
          <w:sz w:val="20"/>
          <w:szCs w:val="20"/>
        </w:rPr>
      </w:pPr>
      <w:r w:rsidRPr="007916C3">
        <w:rPr>
          <w:sz w:val="20"/>
          <w:szCs w:val="20"/>
        </w:rPr>
        <w:t>1.3. Paslaugas gali užsakyti UŽSAKOVO įgali</w:t>
      </w:r>
      <w:r w:rsidRPr="007916C3">
        <w:rPr>
          <w:sz w:val="20"/>
          <w:szCs w:val="20"/>
        </w:rPr>
        <w:t xml:space="preserve">oti darbuotojai pagal TIEKĖJO pasiūlyme numatytą tvarką. </w:t>
      </w:r>
      <w:proofErr w:type="spellStart"/>
      <w:r w:rsidR="00A14FDA" w:rsidRPr="007916C3">
        <w:rPr>
          <w:sz w:val="20"/>
          <w:szCs w:val="20"/>
        </w:rPr>
        <w:t>Paslaugos</w:t>
      </w:r>
      <w:proofErr w:type="spellEnd"/>
      <w:r w:rsidR="00A14FDA" w:rsidRPr="007916C3">
        <w:rPr>
          <w:sz w:val="20"/>
          <w:szCs w:val="20"/>
        </w:rPr>
        <w:t xml:space="preserve"> </w:t>
      </w:r>
      <w:proofErr w:type="spellStart"/>
      <w:r w:rsidR="00A14FDA" w:rsidRPr="007916C3">
        <w:rPr>
          <w:sz w:val="20"/>
          <w:szCs w:val="20"/>
        </w:rPr>
        <w:t>teikiamos</w:t>
      </w:r>
      <w:proofErr w:type="spellEnd"/>
      <w:r w:rsidR="00A14FDA" w:rsidRPr="007916C3">
        <w:rPr>
          <w:sz w:val="20"/>
          <w:szCs w:val="20"/>
        </w:rPr>
        <w:t xml:space="preserve"> </w:t>
      </w:r>
      <w:proofErr w:type="spellStart"/>
      <w:r w:rsidR="00A14FDA" w:rsidRPr="007916C3">
        <w:rPr>
          <w:sz w:val="20"/>
          <w:szCs w:val="20"/>
        </w:rPr>
        <w:t>pagal</w:t>
      </w:r>
      <w:proofErr w:type="spellEnd"/>
      <w:r w:rsidR="00A14FDA" w:rsidRPr="007916C3">
        <w:rPr>
          <w:sz w:val="20"/>
          <w:szCs w:val="20"/>
        </w:rPr>
        <w:t xml:space="preserve"> </w:t>
      </w:r>
      <w:proofErr w:type="spellStart"/>
      <w:r w:rsidR="00A14FDA" w:rsidRPr="007916C3">
        <w:rPr>
          <w:sz w:val="20"/>
          <w:szCs w:val="20"/>
        </w:rPr>
        <w:t>pirkimo</w:t>
      </w:r>
      <w:proofErr w:type="spellEnd"/>
      <w:r w:rsidR="00A14FDA" w:rsidRPr="007916C3">
        <w:rPr>
          <w:sz w:val="20"/>
          <w:szCs w:val="20"/>
        </w:rPr>
        <w:t xml:space="preserve"> </w:t>
      </w:r>
      <w:proofErr w:type="spellStart"/>
      <w:r w:rsidR="00A14FDA" w:rsidRPr="007916C3">
        <w:rPr>
          <w:sz w:val="20"/>
          <w:szCs w:val="20"/>
        </w:rPr>
        <w:t>dokumentuose</w:t>
      </w:r>
      <w:proofErr w:type="spellEnd"/>
      <w:r w:rsidR="00A14FDA" w:rsidRPr="007916C3">
        <w:rPr>
          <w:sz w:val="20"/>
          <w:szCs w:val="20"/>
        </w:rPr>
        <w:t xml:space="preserve"> </w:t>
      </w:r>
      <w:proofErr w:type="spellStart"/>
      <w:r w:rsidR="00A14FDA" w:rsidRPr="007916C3">
        <w:rPr>
          <w:sz w:val="20"/>
          <w:szCs w:val="20"/>
        </w:rPr>
        <w:t>nustatytus</w:t>
      </w:r>
      <w:proofErr w:type="spellEnd"/>
      <w:r w:rsidR="00A14FDA" w:rsidRPr="007916C3">
        <w:rPr>
          <w:sz w:val="20"/>
          <w:szCs w:val="20"/>
        </w:rPr>
        <w:t xml:space="preserve"> </w:t>
      </w:r>
      <w:proofErr w:type="spellStart"/>
      <w:r w:rsidR="00A14FDA" w:rsidRPr="007916C3">
        <w:rPr>
          <w:sz w:val="20"/>
          <w:szCs w:val="20"/>
        </w:rPr>
        <w:t>reikalavimus</w:t>
      </w:r>
      <w:proofErr w:type="spellEnd"/>
      <w:r w:rsidR="00A14FDA" w:rsidRPr="007916C3">
        <w:rPr>
          <w:sz w:val="20"/>
          <w:szCs w:val="20"/>
        </w:rPr>
        <w:t xml:space="preserve"> ir TIEKĖJO </w:t>
      </w:r>
      <w:proofErr w:type="spellStart"/>
      <w:r w:rsidR="00A14FDA" w:rsidRPr="007916C3">
        <w:rPr>
          <w:sz w:val="20"/>
          <w:szCs w:val="20"/>
        </w:rPr>
        <w:t>pasiūlyme</w:t>
      </w:r>
      <w:proofErr w:type="spellEnd"/>
      <w:r w:rsidR="00A14FDA" w:rsidRPr="007916C3">
        <w:rPr>
          <w:sz w:val="20"/>
          <w:szCs w:val="20"/>
        </w:rPr>
        <w:t xml:space="preserve"> </w:t>
      </w:r>
      <w:proofErr w:type="spellStart"/>
      <w:r w:rsidR="00A14FDA" w:rsidRPr="007916C3">
        <w:rPr>
          <w:sz w:val="20"/>
          <w:szCs w:val="20"/>
        </w:rPr>
        <w:t>nurodytus</w:t>
      </w:r>
      <w:proofErr w:type="spellEnd"/>
      <w:r w:rsidR="00A14FDA" w:rsidRPr="007916C3">
        <w:rPr>
          <w:sz w:val="20"/>
          <w:szCs w:val="20"/>
        </w:rPr>
        <w:t xml:space="preserve"> </w:t>
      </w:r>
      <w:proofErr w:type="spellStart"/>
      <w:r w:rsidR="00A14FDA" w:rsidRPr="007916C3">
        <w:rPr>
          <w:sz w:val="20"/>
          <w:szCs w:val="20"/>
        </w:rPr>
        <w:t>įkainius</w:t>
      </w:r>
      <w:proofErr w:type="spellEnd"/>
      <w:r w:rsidR="00A14FDA" w:rsidRPr="007916C3">
        <w:rPr>
          <w:sz w:val="20"/>
          <w:szCs w:val="20"/>
        </w:rPr>
        <w:t>.</w:t>
      </w:r>
    </w:p>
    <w:p w:rsidR="005459A2" w:rsidRPr="007916C3" w:rsidRDefault="006C2F1B">
      <w:pPr>
        <w:pStyle w:val="Heading1"/>
        <w:rPr>
          <w:szCs w:val="20"/>
        </w:rPr>
      </w:pPr>
      <w:r w:rsidRPr="007916C3">
        <w:rPr>
          <w:szCs w:val="20"/>
        </w:rPr>
        <w:t>2. KAINA IR ATSISKAITYMAS</w:t>
      </w:r>
    </w:p>
    <w:p w:rsidR="005459A2" w:rsidRPr="007916C3" w:rsidRDefault="006C2F1B">
      <w:pPr>
        <w:rPr>
          <w:sz w:val="20"/>
          <w:szCs w:val="20"/>
        </w:rPr>
      </w:pPr>
      <w:r w:rsidRPr="007916C3">
        <w:rPr>
          <w:sz w:val="20"/>
          <w:szCs w:val="20"/>
        </w:rPr>
        <w:t>2.1. Paslaugų įkainiai, galimos nuolaidos, papildomi mokesčiai ir jų taikymo sąlygos nurodyti TIEKĖJO pasiūlyme (Sutarties priedas N</w:t>
      </w:r>
      <w:r w:rsidRPr="007916C3">
        <w:rPr>
          <w:sz w:val="20"/>
          <w:szCs w:val="20"/>
        </w:rPr>
        <w:t xml:space="preserve">r. 1). Mokama </w:t>
      </w:r>
      <w:proofErr w:type="spellStart"/>
      <w:r w:rsidRPr="007916C3">
        <w:rPr>
          <w:sz w:val="20"/>
          <w:szCs w:val="20"/>
        </w:rPr>
        <w:t>pagal</w:t>
      </w:r>
      <w:proofErr w:type="spellEnd"/>
      <w:r w:rsidRPr="007916C3">
        <w:rPr>
          <w:sz w:val="20"/>
          <w:szCs w:val="20"/>
        </w:rPr>
        <w:t xml:space="preserve"> </w:t>
      </w:r>
      <w:proofErr w:type="spellStart"/>
      <w:r w:rsidRPr="007916C3">
        <w:rPr>
          <w:sz w:val="20"/>
          <w:szCs w:val="20"/>
        </w:rPr>
        <w:t>faktiškai</w:t>
      </w:r>
      <w:proofErr w:type="spellEnd"/>
      <w:r w:rsidRPr="007916C3">
        <w:rPr>
          <w:sz w:val="20"/>
          <w:szCs w:val="20"/>
        </w:rPr>
        <w:t xml:space="preserve"> </w:t>
      </w:r>
      <w:proofErr w:type="spellStart"/>
      <w:r w:rsidRPr="007916C3">
        <w:rPr>
          <w:sz w:val="20"/>
          <w:szCs w:val="20"/>
        </w:rPr>
        <w:t>suteiktas</w:t>
      </w:r>
      <w:proofErr w:type="spellEnd"/>
      <w:r w:rsidRPr="007916C3">
        <w:rPr>
          <w:sz w:val="20"/>
          <w:szCs w:val="20"/>
        </w:rPr>
        <w:t xml:space="preserve"> </w:t>
      </w:r>
      <w:proofErr w:type="spellStart"/>
      <w:r w:rsidRPr="007916C3">
        <w:rPr>
          <w:sz w:val="20"/>
          <w:szCs w:val="20"/>
        </w:rPr>
        <w:t>paslaugas</w:t>
      </w:r>
      <w:proofErr w:type="spellEnd"/>
      <w:r w:rsidR="00257687" w:rsidRPr="007916C3">
        <w:rPr>
          <w:sz w:val="20"/>
          <w:szCs w:val="20"/>
        </w:rPr>
        <w:t>.</w:t>
      </w:r>
    </w:p>
    <w:p w:rsidR="005459A2" w:rsidRPr="007916C3" w:rsidRDefault="006C2F1B">
      <w:pPr>
        <w:rPr>
          <w:sz w:val="20"/>
          <w:szCs w:val="20"/>
        </w:rPr>
      </w:pPr>
      <w:r w:rsidRPr="007916C3">
        <w:rPr>
          <w:sz w:val="20"/>
          <w:szCs w:val="20"/>
        </w:rPr>
        <w:t>2.2. Prieš patvirtinant užsakymą turi būti žinoma kaina arba jos skaičiavimo būdas. Nepateikti ar nesuderinti mokesčiai n</w:t>
      </w:r>
      <w:r w:rsidRPr="007916C3">
        <w:rPr>
          <w:sz w:val="20"/>
          <w:szCs w:val="20"/>
        </w:rPr>
        <w:t xml:space="preserve">etaikomi. </w:t>
      </w:r>
      <w:proofErr w:type="spellStart"/>
      <w:r w:rsidRPr="007916C3">
        <w:rPr>
          <w:sz w:val="20"/>
          <w:szCs w:val="20"/>
        </w:rPr>
        <w:t>Įkainiai</w:t>
      </w:r>
      <w:proofErr w:type="spellEnd"/>
      <w:r w:rsidRPr="007916C3">
        <w:rPr>
          <w:sz w:val="20"/>
          <w:szCs w:val="20"/>
        </w:rPr>
        <w:t xml:space="preserve"> </w:t>
      </w:r>
      <w:proofErr w:type="spellStart"/>
      <w:r w:rsidRPr="007916C3">
        <w:rPr>
          <w:sz w:val="20"/>
          <w:szCs w:val="20"/>
        </w:rPr>
        <w:t>keičiami</w:t>
      </w:r>
      <w:proofErr w:type="spellEnd"/>
      <w:r w:rsidRPr="007916C3">
        <w:rPr>
          <w:sz w:val="20"/>
          <w:szCs w:val="20"/>
        </w:rPr>
        <w:t xml:space="preserve"> </w:t>
      </w:r>
      <w:proofErr w:type="spellStart"/>
      <w:r w:rsidRPr="007916C3">
        <w:rPr>
          <w:sz w:val="20"/>
          <w:szCs w:val="20"/>
        </w:rPr>
        <w:t>raštu</w:t>
      </w:r>
      <w:proofErr w:type="spellEnd"/>
      <w:r w:rsidR="00257687" w:rsidRPr="007916C3">
        <w:rPr>
          <w:sz w:val="20"/>
          <w:szCs w:val="20"/>
        </w:rPr>
        <w:t>.</w:t>
      </w:r>
    </w:p>
    <w:p w:rsidR="005459A2" w:rsidRPr="007916C3" w:rsidRDefault="006C2F1B">
      <w:pPr>
        <w:rPr>
          <w:sz w:val="20"/>
          <w:szCs w:val="20"/>
        </w:rPr>
      </w:pPr>
      <w:r w:rsidRPr="007916C3">
        <w:rPr>
          <w:sz w:val="20"/>
          <w:szCs w:val="20"/>
        </w:rPr>
        <w:t xml:space="preserve">2.3. TIEKĖJAS pateikia </w:t>
      </w:r>
      <w:r w:rsidRPr="007916C3">
        <w:rPr>
          <w:sz w:val="20"/>
          <w:szCs w:val="20"/>
          <w:highlight w:val="yellow"/>
        </w:rPr>
        <w:t>[vieną bendrą mėnesio sąskaitą, jei dėl to sutarta]</w:t>
      </w:r>
      <w:r w:rsidRPr="007916C3">
        <w:rPr>
          <w:sz w:val="20"/>
          <w:szCs w:val="20"/>
        </w:rPr>
        <w:t xml:space="preserve"> ir suteiktų paslaugų detalizaciją (kelionių datos, maršrutai ar nuomos laikotarpiai, kainos).</w:t>
      </w:r>
    </w:p>
    <w:p w:rsidR="005459A2" w:rsidRPr="007916C3" w:rsidRDefault="006C2F1B">
      <w:pPr>
        <w:rPr>
          <w:sz w:val="20"/>
          <w:szCs w:val="20"/>
        </w:rPr>
      </w:pPr>
      <w:r w:rsidRPr="007916C3">
        <w:rPr>
          <w:sz w:val="20"/>
          <w:szCs w:val="20"/>
        </w:rPr>
        <w:t>2.4.</w:t>
      </w:r>
      <w:r w:rsidRPr="007916C3">
        <w:rPr>
          <w:sz w:val="20"/>
          <w:szCs w:val="20"/>
        </w:rPr>
        <w:t xml:space="preserve"> UŽSAKOVAS sąskaitą apmoka per 20 kalendorinių dienų nuo tinkamos sąskaitos ir reikalingos detalizacijos gavimo, jeigu Šalys raštu nesusitaria kitaip.</w:t>
      </w:r>
    </w:p>
    <w:p w:rsidR="005459A2" w:rsidRPr="007916C3" w:rsidRDefault="006C2F1B">
      <w:pPr>
        <w:pStyle w:val="Heading1"/>
        <w:rPr>
          <w:szCs w:val="20"/>
        </w:rPr>
      </w:pPr>
      <w:r w:rsidRPr="007916C3">
        <w:rPr>
          <w:szCs w:val="20"/>
        </w:rPr>
        <w:t>3. PASLAUGŲ UŽSAKYMAS IR TEIKIMAS</w:t>
      </w:r>
    </w:p>
    <w:p w:rsidR="005459A2" w:rsidRPr="007916C3" w:rsidRDefault="006C2F1B">
      <w:pPr>
        <w:rPr>
          <w:sz w:val="20"/>
          <w:szCs w:val="20"/>
        </w:rPr>
      </w:pPr>
      <w:r w:rsidRPr="007916C3">
        <w:rPr>
          <w:sz w:val="20"/>
          <w:szCs w:val="20"/>
        </w:rPr>
        <w:t xml:space="preserve">3.1. Paslaugos užsakomos TIEKĖJO pasiūlyme nurodytu kanalu. Įgaliotų </w:t>
      </w:r>
      <w:r w:rsidRPr="007916C3">
        <w:rPr>
          <w:sz w:val="20"/>
          <w:szCs w:val="20"/>
        </w:rPr>
        <w:t>naudotojų informaciją UŽSAKOVAS pateikia sutartu būdu.</w:t>
      </w:r>
    </w:p>
    <w:p w:rsidR="005459A2" w:rsidRPr="007916C3" w:rsidRDefault="006C2F1B">
      <w:pPr>
        <w:rPr>
          <w:sz w:val="20"/>
          <w:szCs w:val="20"/>
        </w:rPr>
      </w:pPr>
      <w:r w:rsidRPr="007916C3">
        <w:rPr>
          <w:sz w:val="20"/>
          <w:szCs w:val="20"/>
        </w:rPr>
        <w:t>3.2. TIEKĖJAS užtikrina teisėtą paslaugų teikimą ir techniškai tvarkingas transporto priemones.</w:t>
      </w:r>
    </w:p>
    <w:p w:rsidR="005459A2" w:rsidRPr="007916C3" w:rsidRDefault="006C2F1B">
      <w:pPr>
        <w:rPr>
          <w:sz w:val="20"/>
          <w:szCs w:val="20"/>
        </w:rPr>
      </w:pPr>
      <w:r w:rsidRPr="007916C3">
        <w:rPr>
          <w:sz w:val="20"/>
          <w:szCs w:val="20"/>
        </w:rPr>
        <w:t>3.3. II daliai automobilio paėmimo / grąžinimo, draudimo, kuro, ridos ir atšaukimo sąlygos – pagal pasiūl</w:t>
      </w:r>
      <w:r w:rsidRPr="007916C3">
        <w:rPr>
          <w:sz w:val="20"/>
          <w:szCs w:val="20"/>
        </w:rPr>
        <w:t>ymą.</w:t>
      </w:r>
    </w:p>
    <w:p w:rsidR="005459A2" w:rsidRPr="007916C3" w:rsidRDefault="006C2F1B">
      <w:pPr>
        <w:pStyle w:val="Heading1"/>
        <w:rPr>
          <w:szCs w:val="20"/>
        </w:rPr>
      </w:pPr>
      <w:r w:rsidRPr="007916C3">
        <w:rPr>
          <w:szCs w:val="20"/>
        </w:rPr>
        <w:t>4. SUTARTIES GALIOJIMAS IR NUTRAUKIMAS</w:t>
      </w:r>
    </w:p>
    <w:p w:rsidR="005459A2" w:rsidRPr="007916C3" w:rsidRDefault="006C2F1B">
      <w:pPr>
        <w:rPr>
          <w:sz w:val="20"/>
          <w:szCs w:val="20"/>
        </w:rPr>
      </w:pPr>
      <w:r w:rsidRPr="007916C3">
        <w:rPr>
          <w:sz w:val="20"/>
          <w:szCs w:val="20"/>
        </w:rPr>
        <w:t xml:space="preserve">4.1. Sutartis galioja nuo pasirašymo iki 2028 m. </w:t>
      </w:r>
      <w:proofErr w:type="spellStart"/>
      <w:r w:rsidRPr="007916C3">
        <w:rPr>
          <w:sz w:val="20"/>
          <w:szCs w:val="20"/>
        </w:rPr>
        <w:t>gruodžio</w:t>
      </w:r>
      <w:proofErr w:type="spellEnd"/>
      <w:r w:rsidRPr="007916C3">
        <w:rPr>
          <w:sz w:val="20"/>
          <w:szCs w:val="20"/>
        </w:rPr>
        <w:t xml:space="preserve"> 31 d.</w:t>
      </w:r>
    </w:p>
    <w:p w:rsidR="005459A2" w:rsidRPr="007916C3" w:rsidRDefault="006C2F1B">
      <w:pPr>
        <w:rPr>
          <w:sz w:val="20"/>
          <w:szCs w:val="20"/>
        </w:rPr>
      </w:pPr>
      <w:r w:rsidRPr="007916C3">
        <w:rPr>
          <w:sz w:val="20"/>
          <w:szCs w:val="20"/>
        </w:rPr>
        <w:t>4.2. Sutartis nutraukiama Šalių s</w:t>
      </w:r>
      <w:r w:rsidRPr="007916C3">
        <w:rPr>
          <w:sz w:val="20"/>
          <w:szCs w:val="20"/>
        </w:rPr>
        <w:t>usitarimu arba apie tai raštu įspėjus kitą Šalį prieš 15 kalendorinių dienų. Atsiskaitoma už tinkamai suteiktas paslaugas.</w:t>
      </w:r>
    </w:p>
    <w:p w:rsidR="005459A2" w:rsidRPr="007916C3" w:rsidRDefault="006C2F1B">
      <w:pPr>
        <w:pStyle w:val="Heading1"/>
        <w:rPr>
          <w:szCs w:val="20"/>
        </w:rPr>
      </w:pPr>
      <w:r w:rsidRPr="007916C3">
        <w:rPr>
          <w:szCs w:val="20"/>
        </w:rPr>
        <w:t>5. BAIGIAMOSIOS NUOSTATOS</w:t>
      </w:r>
    </w:p>
    <w:p w:rsidR="005459A2" w:rsidRPr="007916C3" w:rsidRDefault="006C2F1B">
      <w:pPr>
        <w:rPr>
          <w:sz w:val="20"/>
          <w:szCs w:val="20"/>
        </w:rPr>
      </w:pPr>
      <w:r w:rsidRPr="007916C3">
        <w:rPr>
          <w:sz w:val="20"/>
          <w:szCs w:val="20"/>
        </w:rPr>
        <w:t>5.1. Šalių nesutarimai pirmiausia sprendžiami derybomis, o jų neišsprendus – Lietuvos Respublikos teisės ak</w:t>
      </w:r>
      <w:r w:rsidRPr="007916C3">
        <w:rPr>
          <w:sz w:val="20"/>
          <w:szCs w:val="20"/>
        </w:rPr>
        <w:t>tų nustatyta tvarka.</w:t>
      </w:r>
    </w:p>
    <w:p w:rsidR="005459A2" w:rsidRPr="007916C3" w:rsidRDefault="006C2F1B">
      <w:pPr>
        <w:rPr>
          <w:sz w:val="20"/>
          <w:szCs w:val="20"/>
        </w:rPr>
      </w:pPr>
      <w:r w:rsidRPr="007916C3">
        <w:rPr>
          <w:sz w:val="20"/>
          <w:szCs w:val="20"/>
        </w:rPr>
        <w:t>5.2. Šalys laikosi Reglamento (ES) 2016/679 (BDAR), o paslaugų detalizacijoje teikia tik atsiskaitymui ir projekto apskaitai reikalingus duomenis.</w:t>
      </w:r>
    </w:p>
    <w:p w:rsidR="005459A2" w:rsidRPr="007916C3" w:rsidRDefault="006C2F1B">
      <w:pPr>
        <w:rPr>
          <w:sz w:val="20"/>
          <w:szCs w:val="20"/>
        </w:rPr>
      </w:pPr>
      <w:r w:rsidRPr="007916C3">
        <w:rPr>
          <w:sz w:val="20"/>
          <w:szCs w:val="20"/>
        </w:rPr>
        <w:t>5.3. Kiek taikytina, Sutarties vykdymo metu laikomasi žaliųjų pirkimų reikalavimų, nusta</w:t>
      </w:r>
      <w:r w:rsidRPr="007916C3">
        <w:rPr>
          <w:sz w:val="20"/>
          <w:szCs w:val="20"/>
        </w:rPr>
        <w:t>tytų LR aplinkos ministro 2011 m. birželio 28 d. įsakymu Nr. D1-508 patvirtintame tvarkos apraše.</w:t>
      </w:r>
    </w:p>
    <w:p w:rsidR="005459A2" w:rsidRDefault="006C2F1B">
      <w:pPr>
        <w:rPr>
          <w:sz w:val="20"/>
          <w:szCs w:val="20"/>
        </w:rPr>
      </w:pPr>
      <w:r w:rsidRPr="007916C3">
        <w:rPr>
          <w:sz w:val="20"/>
          <w:szCs w:val="20"/>
        </w:rPr>
        <w:t>5.4. Neatskiriami Sutarties priedai: Nr. 1 – TIEKĖJO pasiūlymas; Nr. 2 – apklausos techninės sąlygos (pirkimo Priedas Nr. 3).</w:t>
      </w:r>
    </w:p>
    <w:p w:rsidR="007916C3" w:rsidRDefault="007916C3">
      <w:pPr>
        <w:rPr>
          <w:sz w:val="20"/>
          <w:szCs w:val="20"/>
        </w:rPr>
      </w:pPr>
    </w:p>
    <w:p w:rsidR="007916C3" w:rsidRDefault="007916C3">
      <w:pPr>
        <w:rPr>
          <w:sz w:val="20"/>
          <w:szCs w:val="20"/>
        </w:rPr>
      </w:pPr>
    </w:p>
    <w:p w:rsidR="007916C3" w:rsidRDefault="007916C3">
      <w:pPr>
        <w:rPr>
          <w:sz w:val="20"/>
          <w:szCs w:val="20"/>
        </w:rPr>
      </w:pPr>
    </w:p>
    <w:p w:rsidR="007916C3" w:rsidRDefault="007916C3">
      <w:pPr>
        <w:rPr>
          <w:sz w:val="20"/>
          <w:szCs w:val="20"/>
        </w:rPr>
      </w:pPr>
    </w:p>
    <w:p w:rsidR="007916C3" w:rsidRPr="007916C3" w:rsidRDefault="007916C3">
      <w:pPr>
        <w:rPr>
          <w:sz w:val="20"/>
          <w:szCs w:val="20"/>
        </w:rPr>
      </w:pPr>
    </w:p>
    <w:p w:rsidR="005459A2" w:rsidRPr="007916C3" w:rsidRDefault="006C2F1B">
      <w:pPr>
        <w:pStyle w:val="Heading1"/>
        <w:rPr>
          <w:szCs w:val="20"/>
        </w:rPr>
      </w:pPr>
      <w:r w:rsidRPr="007916C3">
        <w:rPr>
          <w:szCs w:val="20"/>
        </w:rPr>
        <w:lastRenderedPageBreak/>
        <w:t>6. ŠALIŲ REKVIZITAI IR PARAŠAI</w:t>
      </w:r>
    </w:p>
    <w:tbl>
      <w:tblPr>
        <w:tblW w:w="0" w:type="auto"/>
        <w:jc w:val="center"/>
        <w:tblBorders>
          <w:top w:val="single" w:sz="5" w:space="0" w:color="A8A8A8"/>
          <w:left w:val="single" w:sz="5" w:space="0" w:color="A8A8A8"/>
          <w:bottom w:val="single" w:sz="5" w:space="0" w:color="A8A8A8"/>
          <w:right w:val="single" w:sz="5" w:space="0" w:color="A8A8A8"/>
          <w:insideH w:val="single" w:sz="5" w:space="0" w:color="A8A8A8"/>
          <w:insideV w:val="single" w:sz="5" w:space="0" w:color="A8A8A8"/>
        </w:tblBorders>
        <w:tblLayout w:type="fixed"/>
        <w:tblLook w:val="04A0" w:firstRow="1" w:lastRow="0" w:firstColumn="1" w:lastColumn="0" w:noHBand="0" w:noVBand="1"/>
      </w:tblPr>
      <w:tblGrid>
        <w:gridCol w:w="4649"/>
        <w:gridCol w:w="4677"/>
      </w:tblGrid>
      <w:tr w:rsidR="005459A2" w:rsidRPr="007916C3">
        <w:trPr>
          <w:cantSplit/>
          <w:tblHeader/>
          <w:jc w:val="center"/>
        </w:trPr>
        <w:tc>
          <w:tcPr>
            <w:tcW w:w="4649" w:type="dxa"/>
            <w:shd w:val="clear" w:color="auto" w:fill="E8EBEF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b/>
                <w:sz w:val="20"/>
                <w:szCs w:val="20"/>
              </w:rPr>
              <w:t>T</w:t>
            </w:r>
            <w:r w:rsidRPr="007916C3">
              <w:rPr>
                <w:b/>
                <w:sz w:val="20"/>
                <w:szCs w:val="20"/>
              </w:rPr>
              <w:t>IEKĖJAS</w:t>
            </w:r>
          </w:p>
        </w:tc>
        <w:tc>
          <w:tcPr>
            <w:tcW w:w="4677" w:type="dxa"/>
            <w:shd w:val="clear" w:color="auto" w:fill="E8EBEF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b/>
                <w:sz w:val="20"/>
                <w:szCs w:val="20"/>
              </w:rPr>
              <w:t>UŽSAKOVAS</w:t>
            </w:r>
          </w:p>
        </w:tc>
      </w:tr>
      <w:tr w:rsidR="005459A2" w:rsidRPr="007916C3">
        <w:trPr>
          <w:cantSplit/>
          <w:jc w:val="center"/>
        </w:trPr>
        <w:tc>
          <w:tcPr>
            <w:tcW w:w="4649" w:type="dx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sz w:val="20"/>
                <w:szCs w:val="20"/>
                <w:highlight w:val="yellow"/>
              </w:rPr>
              <w:t>[Tiekėjo pavadinimas]</w:t>
            </w:r>
            <w:r w:rsidRPr="007916C3">
              <w:rPr>
                <w:sz w:val="20"/>
                <w:szCs w:val="20"/>
              </w:rPr>
              <w:br/>
              <w:t xml:space="preserve">Kodas: </w:t>
            </w:r>
            <w:r w:rsidRPr="007916C3">
              <w:rPr>
                <w:sz w:val="20"/>
                <w:szCs w:val="20"/>
                <w:highlight w:val="yellow"/>
              </w:rPr>
              <w:t>[........]</w:t>
            </w:r>
            <w:r w:rsidRPr="007916C3">
              <w:rPr>
                <w:sz w:val="20"/>
                <w:szCs w:val="20"/>
              </w:rPr>
              <w:br/>
              <w:t xml:space="preserve">Adresas: </w:t>
            </w:r>
            <w:r w:rsidRPr="007916C3">
              <w:rPr>
                <w:sz w:val="20"/>
                <w:szCs w:val="20"/>
                <w:highlight w:val="yellow"/>
              </w:rPr>
              <w:t>[........]</w:t>
            </w:r>
            <w:r w:rsidRPr="007916C3">
              <w:rPr>
                <w:sz w:val="20"/>
                <w:szCs w:val="20"/>
              </w:rPr>
              <w:br/>
              <w:t xml:space="preserve">El. paštas: </w:t>
            </w:r>
            <w:r w:rsidRPr="007916C3">
              <w:rPr>
                <w:sz w:val="20"/>
                <w:szCs w:val="20"/>
                <w:highlight w:val="yellow"/>
              </w:rPr>
              <w:t>[........]</w:t>
            </w:r>
            <w:r w:rsidRPr="007916C3">
              <w:rPr>
                <w:sz w:val="20"/>
                <w:szCs w:val="20"/>
              </w:rPr>
              <w:br/>
              <w:t xml:space="preserve">Sąskaita: </w:t>
            </w:r>
            <w:r w:rsidRPr="007916C3">
              <w:rPr>
                <w:sz w:val="20"/>
                <w:szCs w:val="20"/>
                <w:highlight w:val="yellow"/>
              </w:rPr>
              <w:t>[........]</w:t>
            </w:r>
            <w:r w:rsidRPr="007916C3">
              <w:rPr>
                <w:sz w:val="20"/>
                <w:szCs w:val="20"/>
              </w:rPr>
              <w:br/>
              <w:t xml:space="preserve">Atstovas: </w:t>
            </w:r>
            <w:r w:rsidRPr="007916C3">
              <w:rPr>
                <w:sz w:val="20"/>
                <w:szCs w:val="20"/>
                <w:highlight w:val="yellow"/>
              </w:rPr>
              <w:t>[........]</w:t>
            </w:r>
            <w:r w:rsidRPr="007916C3">
              <w:rPr>
                <w:sz w:val="20"/>
                <w:szCs w:val="20"/>
              </w:rPr>
              <w:br/>
            </w:r>
            <w:r w:rsidRPr="007916C3">
              <w:rPr>
                <w:sz w:val="20"/>
                <w:szCs w:val="20"/>
              </w:rPr>
              <w:br/>
              <w:t>Parašas: _____________________</w:t>
            </w:r>
          </w:p>
        </w:tc>
        <w:tc>
          <w:tcPr>
            <w:tcW w:w="4677" w:type="dx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sz w:val="20"/>
                <w:szCs w:val="20"/>
              </w:rPr>
              <w:t>Lietuvos Raudonojo Kryžiaus draugija</w:t>
            </w:r>
            <w:r w:rsidRPr="007916C3">
              <w:rPr>
                <w:sz w:val="20"/>
                <w:szCs w:val="20"/>
              </w:rPr>
              <w:br/>
              <w:t>Kodas: 190679146</w:t>
            </w:r>
            <w:r w:rsidRPr="007916C3">
              <w:rPr>
                <w:sz w:val="20"/>
                <w:szCs w:val="20"/>
              </w:rPr>
              <w:br/>
              <w:t>PVM kodas: LT100018444715</w:t>
            </w:r>
            <w:r w:rsidRPr="007916C3">
              <w:rPr>
                <w:sz w:val="20"/>
                <w:szCs w:val="20"/>
              </w:rPr>
              <w:br/>
            </w:r>
            <w:r w:rsidRPr="007916C3">
              <w:rPr>
                <w:sz w:val="20"/>
                <w:szCs w:val="20"/>
              </w:rPr>
              <w:t>Adresas: Statybininkų g. 12, LT-50127 Kaunas</w:t>
            </w:r>
            <w:r w:rsidRPr="007916C3">
              <w:rPr>
                <w:sz w:val="20"/>
                <w:szCs w:val="20"/>
              </w:rPr>
              <w:br/>
              <w:t>El. paštas: uzsakymai@redcross.lt</w:t>
            </w:r>
            <w:r w:rsidRPr="007916C3">
              <w:rPr>
                <w:sz w:val="20"/>
                <w:szCs w:val="20"/>
              </w:rPr>
              <w:br/>
              <w:t>Generalinė sekretorė Ingrida Damulienė</w:t>
            </w:r>
            <w:r w:rsidRPr="007916C3">
              <w:rPr>
                <w:sz w:val="20"/>
                <w:szCs w:val="20"/>
              </w:rPr>
              <w:br/>
            </w:r>
            <w:r w:rsidRPr="007916C3">
              <w:rPr>
                <w:sz w:val="20"/>
                <w:szCs w:val="20"/>
              </w:rPr>
              <w:br/>
              <w:t>Parašas: _____________________</w:t>
            </w:r>
          </w:p>
        </w:tc>
      </w:tr>
    </w:tbl>
    <w:p w:rsidR="005459A2" w:rsidRPr="007916C3" w:rsidRDefault="00D90F3D">
      <w:pPr>
        <w:pageBreakBefore/>
        <w:spacing w:after="180"/>
        <w:jc w:val="right"/>
        <w:rPr>
          <w:sz w:val="20"/>
          <w:szCs w:val="20"/>
        </w:rPr>
      </w:pPr>
      <w:proofErr w:type="spellStart"/>
      <w:r>
        <w:rPr>
          <w:sz w:val="20"/>
          <w:szCs w:val="20"/>
        </w:rPr>
        <w:lastRenderedPageBreak/>
        <w:t>Pri</w:t>
      </w:r>
      <w:r w:rsidR="006C2F1B" w:rsidRPr="007916C3">
        <w:rPr>
          <w:sz w:val="20"/>
          <w:szCs w:val="20"/>
        </w:rPr>
        <w:t>edas</w:t>
      </w:r>
      <w:proofErr w:type="spellEnd"/>
      <w:r w:rsidR="006C2F1B" w:rsidRPr="007916C3">
        <w:rPr>
          <w:sz w:val="20"/>
          <w:szCs w:val="20"/>
        </w:rPr>
        <w:t xml:space="preserve"> Nr. 3</w:t>
      </w:r>
    </w:p>
    <w:p w:rsidR="005459A2" w:rsidRPr="007916C3" w:rsidRDefault="006C2F1B">
      <w:pPr>
        <w:spacing w:after="180"/>
        <w:jc w:val="center"/>
        <w:rPr>
          <w:sz w:val="22"/>
        </w:rPr>
      </w:pPr>
      <w:r w:rsidRPr="007916C3">
        <w:rPr>
          <w:b/>
          <w:sz w:val="22"/>
        </w:rPr>
        <w:t>TECHNINĖS SĄLYGOS IR TIEKĖJO ATITIKTIES INFORMACIJA</w:t>
      </w:r>
    </w:p>
    <w:p w:rsidR="005459A2" w:rsidRPr="007916C3" w:rsidRDefault="006C2F1B">
      <w:pPr>
        <w:rPr>
          <w:sz w:val="20"/>
          <w:szCs w:val="20"/>
        </w:rPr>
      </w:pPr>
      <w:r w:rsidRPr="007916C3">
        <w:rPr>
          <w:sz w:val="20"/>
          <w:szCs w:val="20"/>
        </w:rPr>
        <w:t>Tiekėjas užpildo tik tos pirkimo dalie</w:t>
      </w:r>
      <w:r w:rsidRPr="007916C3">
        <w:rPr>
          <w:sz w:val="20"/>
          <w:szCs w:val="20"/>
        </w:rPr>
        <w:t>s, kuriai teikia pasiūlymą, skiltį. Jeigu įkainiai ar sąlygos detaliau aprašomi pridedamame kainoraštyje, galima nurodyti nuorodą į jo punktus.</w:t>
      </w:r>
    </w:p>
    <w:p w:rsidR="005459A2" w:rsidRPr="007916C3" w:rsidRDefault="006C2F1B">
      <w:pPr>
        <w:spacing w:after="80"/>
        <w:rPr>
          <w:sz w:val="20"/>
          <w:szCs w:val="20"/>
        </w:rPr>
      </w:pPr>
      <w:r w:rsidRPr="007916C3">
        <w:rPr>
          <w:b/>
          <w:sz w:val="20"/>
          <w:szCs w:val="20"/>
        </w:rPr>
        <w:t>I dalis. Taksi ir (arba) pavėžėjimo paslaugos</w:t>
      </w:r>
    </w:p>
    <w:tbl>
      <w:tblPr>
        <w:tblW w:w="0" w:type="auto"/>
        <w:jc w:val="center"/>
        <w:tblBorders>
          <w:top w:val="single" w:sz="5" w:space="0" w:color="A8A8A8"/>
          <w:left w:val="single" w:sz="5" w:space="0" w:color="A8A8A8"/>
          <w:bottom w:val="single" w:sz="5" w:space="0" w:color="A8A8A8"/>
          <w:right w:val="single" w:sz="5" w:space="0" w:color="A8A8A8"/>
          <w:insideH w:val="single" w:sz="5" w:space="0" w:color="A8A8A8"/>
          <w:insideV w:val="single" w:sz="5" w:space="0" w:color="A8A8A8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6038"/>
        <w:gridCol w:w="2438"/>
      </w:tblGrid>
      <w:tr w:rsidR="005459A2" w:rsidRPr="007916C3">
        <w:trPr>
          <w:cantSplit/>
          <w:tblHeader/>
          <w:jc w:val="center"/>
        </w:trPr>
        <w:tc>
          <w:tcPr>
            <w:tcW w:w="850" w:type="dxa"/>
            <w:shd w:val="clear" w:color="auto" w:fill="E8EBEF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b/>
                <w:sz w:val="20"/>
                <w:szCs w:val="20"/>
              </w:rPr>
              <w:t>Eil. Nr.</w:t>
            </w:r>
          </w:p>
        </w:tc>
        <w:tc>
          <w:tcPr>
            <w:tcW w:w="6038" w:type="dxa"/>
            <w:shd w:val="clear" w:color="auto" w:fill="E8EBEF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b/>
                <w:sz w:val="20"/>
                <w:szCs w:val="20"/>
              </w:rPr>
              <w:t>Reikalavimas / informacija</w:t>
            </w:r>
          </w:p>
        </w:tc>
        <w:tc>
          <w:tcPr>
            <w:tcW w:w="2438" w:type="dxa"/>
            <w:shd w:val="clear" w:color="auto" w:fill="E8EBEF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b/>
                <w:sz w:val="20"/>
                <w:szCs w:val="20"/>
              </w:rPr>
              <w:t>Tiekėjo atsakymas</w:t>
            </w:r>
          </w:p>
        </w:tc>
      </w:tr>
      <w:tr w:rsidR="005459A2" w:rsidRPr="007916C3">
        <w:trPr>
          <w:cantSplit/>
          <w:jc w:val="center"/>
        </w:trPr>
        <w:tc>
          <w:tcPr>
            <w:tcW w:w="850" w:type="dx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sz w:val="20"/>
                <w:szCs w:val="20"/>
              </w:rPr>
              <w:t>1.1</w:t>
            </w:r>
          </w:p>
        </w:tc>
        <w:tc>
          <w:tcPr>
            <w:tcW w:w="6038" w:type="dx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sz w:val="20"/>
                <w:szCs w:val="20"/>
              </w:rPr>
              <w:t>Paslauga teikiama Šiaulių mieste.</w:t>
            </w:r>
          </w:p>
        </w:tc>
        <w:tc>
          <w:tcPr>
            <w:tcW w:w="2438" w:type="dx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5459A2">
            <w:pPr>
              <w:spacing w:after="0"/>
              <w:rPr>
                <w:sz w:val="20"/>
                <w:szCs w:val="20"/>
              </w:rPr>
            </w:pPr>
          </w:p>
        </w:tc>
      </w:tr>
      <w:tr w:rsidR="005459A2" w:rsidRPr="007916C3">
        <w:trPr>
          <w:cantSplit/>
          <w:jc w:val="center"/>
        </w:trPr>
        <w:tc>
          <w:tcPr>
            <w:tcW w:w="850" w:type="dxa"/>
            <w:shd w:val="clear" w:color="auto" w:fill="FAFAF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sz w:val="20"/>
                <w:szCs w:val="20"/>
              </w:rPr>
              <w:t>1.2</w:t>
            </w:r>
          </w:p>
        </w:tc>
        <w:tc>
          <w:tcPr>
            <w:tcW w:w="6038" w:type="dxa"/>
            <w:shd w:val="clear" w:color="auto" w:fill="FAFAF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sz w:val="20"/>
                <w:szCs w:val="20"/>
              </w:rPr>
              <w:t>Preliminarus poreikis – apie 12 kelionių pirmyn ir atgal per mėnesį; užsakoma tik pagal faktinį poreikį.</w:t>
            </w:r>
          </w:p>
        </w:tc>
        <w:tc>
          <w:tcPr>
            <w:tcW w:w="2438" w:type="dxa"/>
            <w:shd w:val="clear" w:color="auto" w:fill="FAFAF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5459A2">
            <w:pPr>
              <w:spacing w:after="0"/>
              <w:rPr>
                <w:sz w:val="20"/>
                <w:szCs w:val="20"/>
              </w:rPr>
            </w:pPr>
          </w:p>
        </w:tc>
      </w:tr>
      <w:tr w:rsidR="005459A2" w:rsidRPr="007916C3">
        <w:trPr>
          <w:cantSplit/>
          <w:jc w:val="center"/>
        </w:trPr>
        <w:tc>
          <w:tcPr>
            <w:tcW w:w="850" w:type="dxa"/>
            <w:shd w:val="clear" w:color="auto" w:fill="FAFAF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sz w:val="20"/>
                <w:szCs w:val="20"/>
              </w:rPr>
              <w:t>1.</w:t>
            </w:r>
            <w:r w:rsidR="00257687" w:rsidRPr="007916C3">
              <w:rPr>
                <w:sz w:val="20"/>
                <w:szCs w:val="20"/>
              </w:rPr>
              <w:t>3</w:t>
            </w:r>
          </w:p>
        </w:tc>
        <w:tc>
          <w:tcPr>
            <w:tcW w:w="6038" w:type="dxa"/>
            <w:shd w:val="clear" w:color="auto" w:fill="FAFAF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sz w:val="20"/>
                <w:szCs w:val="20"/>
              </w:rPr>
              <w:t>Užsakymo būdai,</w:t>
            </w:r>
            <w:r w:rsidRPr="007916C3">
              <w:rPr>
                <w:sz w:val="20"/>
                <w:szCs w:val="20"/>
              </w:rPr>
              <w:t xml:space="preserve"> darbo laikas, rezervavimo / atšaukimo sąlygos (jeigu taikoma).</w:t>
            </w:r>
          </w:p>
        </w:tc>
        <w:tc>
          <w:tcPr>
            <w:tcW w:w="2438" w:type="dxa"/>
            <w:shd w:val="clear" w:color="auto" w:fill="FAFAF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5459A2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5459A2" w:rsidRPr="007916C3" w:rsidRDefault="005459A2">
      <w:pPr>
        <w:spacing w:after="0" w:line="96" w:lineRule="auto"/>
        <w:rPr>
          <w:sz w:val="20"/>
          <w:szCs w:val="20"/>
        </w:rPr>
      </w:pPr>
    </w:p>
    <w:p w:rsidR="005459A2" w:rsidRPr="007916C3" w:rsidRDefault="006C2F1B">
      <w:pPr>
        <w:spacing w:after="80"/>
        <w:rPr>
          <w:sz w:val="20"/>
          <w:szCs w:val="20"/>
        </w:rPr>
      </w:pPr>
      <w:r w:rsidRPr="007916C3">
        <w:rPr>
          <w:b/>
          <w:sz w:val="20"/>
          <w:szCs w:val="20"/>
        </w:rPr>
        <w:t>II dalis. Trumpalaikė automobilių nuoma</w:t>
      </w:r>
    </w:p>
    <w:tbl>
      <w:tblPr>
        <w:tblW w:w="0" w:type="auto"/>
        <w:jc w:val="center"/>
        <w:tblBorders>
          <w:top w:val="single" w:sz="5" w:space="0" w:color="A8A8A8"/>
          <w:left w:val="single" w:sz="5" w:space="0" w:color="A8A8A8"/>
          <w:bottom w:val="single" w:sz="5" w:space="0" w:color="A8A8A8"/>
          <w:right w:val="single" w:sz="5" w:space="0" w:color="A8A8A8"/>
          <w:insideH w:val="single" w:sz="5" w:space="0" w:color="A8A8A8"/>
          <w:insideV w:val="single" w:sz="5" w:space="0" w:color="A8A8A8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6038"/>
        <w:gridCol w:w="2438"/>
      </w:tblGrid>
      <w:tr w:rsidR="005459A2" w:rsidRPr="007916C3">
        <w:trPr>
          <w:cantSplit/>
          <w:tblHeader/>
          <w:jc w:val="center"/>
        </w:trPr>
        <w:tc>
          <w:tcPr>
            <w:tcW w:w="850" w:type="dxa"/>
            <w:shd w:val="clear" w:color="auto" w:fill="E8EBEF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b/>
                <w:sz w:val="20"/>
                <w:szCs w:val="20"/>
              </w:rPr>
              <w:t>Eil. Nr.</w:t>
            </w:r>
          </w:p>
        </w:tc>
        <w:tc>
          <w:tcPr>
            <w:tcW w:w="6038" w:type="dxa"/>
            <w:shd w:val="clear" w:color="auto" w:fill="E8EBEF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b/>
                <w:sz w:val="20"/>
                <w:szCs w:val="20"/>
              </w:rPr>
              <w:t>Reikalavimas / informacija</w:t>
            </w:r>
          </w:p>
        </w:tc>
        <w:tc>
          <w:tcPr>
            <w:tcW w:w="2438" w:type="dxa"/>
            <w:shd w:val="clear" w:color="auto" w:fill="E8EBEF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b/>
                <w:sz w:val="20"/>
                <w:szCs w:val="20"/>
              </w:rPr>
              <w:t>Tiekėjo atsakymas</w:t>
            </w:r>
          </w:p>
        </w:tc>
      </w:tr>
      <w:tr w:rsidR="005459A2" w:rsidRPr="007916C3">
        <w:trPr>
          <w:cantSplit/>
          <w:jc w:val="center"/>
        </w:trPr>
        <w:tc>
          <w:tcPr>
            <w:tcW w:w="850" w:type="dx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sz w:val="20"/>
                <w:szCs w:val="20"/>
              </w:rPr>
              <w:t>2.1</w:t>
            </w:r>
          </w:p>
        </w:tc>
        <w:tc>
          <w:tcPr>
            <w:tcW w:w="6038" w:type="dx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sz w:val="20"/>
                <w:szCs w:val="20"/>
              </w:rPr>
              <w:t>Automobilis nuomojamas Šiaulių mieste; preliminarus poreikis – apie 2 dienas per mėnesį.</w:t>
            </w:r>
          </w:p>
        </w:tc>
        <w:tc>
          <w:tcPr>
            <w:tcW w:w="2438" w:type="dx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5459A2">
            <w:pPr>
              <w:spacing w:after="0"/>
              <w:rPr>
                <w:sz w:val="20"/>
                <w:szCs w:val="20"/>
              </w:rPr>
            </w:pPr>
          </w:p>
        </w:tc>
      </w:tr>
      <w:tr w:rsidR="005459A2" w:rsidRPr="007916C3">
        <w:trPr>
          <w:cantSplit/>
          <w:jc w:val="center"/>
        </w:trPr>
        <w:tc>
          <w:tcPr>
            <w:tcW w:w="850" w:type="dxa"/>
            <w:shd w:val="clear" w:color="auto" w:fill="FAFAF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sz w:val="20"/>
                <w:szCs w:val="20"/>
              </w:rPr>
              <w:t>2.</w:t>
            </w:r>
            <w:r w:rsidR="00BE5310">
              <w:rPr>
                <w:sz w:val="20"/>
                <w:szCs w:val="20"/>
              </w:rPr>
              <w:t>2</w:t>
            </w:r>
          </w:p>
        </w:tc>
        <w:tc>
          <w:tcPr>
            <w:tcW w:w="6038" w:type="dxa"/>
            <w:shd w:val="clear" w:color="auto" w:fill="FAFAF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sz w:val="20"/>
                <w:szCs w:val="20"/>
              </w:rPr>
              <w:t>Automobilio paėmimo / grąžinimo vieta, užsakymo ir atšaukimo tvarka.</w:t>
            </w:r>
          </w:p>
        </w:tc>
        <w:tc>
          <w:tcPr>
            <w:tcW w:w="2438" w:type="dxa"/>
            <w:shd w:val="clear" w:color="auto" w:fill="FAFAF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5459A2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5459A2" w:rsidRPr="007916C3" w:rsidRDefault="005459A2">
      <w:pPr>
        <w:spacing w:after="0" w:line="96" w:lineRule="auto"/>
        <w:rPr>
          <w:sz w:val="20"/>
          <w:szCs w:val="20"/>
        </w:rPr>
      </w:pPr>
    </w:p>
    <w:p w:rsidR="005459A2" w:rsidRPr="007916C3" w:rsidRDefault="006C2F1B">
      <w:pPr>
        <w:spacing w:after="80"/>
        <w:rPr>
          <w:sz w:val="20"/>
          <w:szCs w:val="20"/>
        </w:rPr>
      </w:pPr>
      <w:r w:rsidRPr="007916C3">
        <w:rPr>
          <w:b/>
          <w:sz w:val="20"/>
          <w:szCs w:val="20"/>
        </w:rPr>
        <w:t xml:space="preserve">Bendros sąlygos (abiem </w:t>
      </w:r>
      <w:r w:rsidRPr="007916C3">
        <w:rPr>
          <w:b/>
          <w:sz w:val="20"/>
          <w:szCs w:val="20"/>
        </w:rPr>
        <w:t>dalims)</w:t>
      </w:r>
    </w:p>
    <w:tbl>
      <w:tblPr>
        <w:tblW w:w="0" w:type="auto"/>
        <w:jc w:val="center"/>
        <w:tblBorders>
          <w:top w:val="single" w:sz="5" w:space="0" w:color="A8A8A8"/>
          <w:left w:val="single" w:sz="5" w:space="0" w:color="A8A8A8"/>
          <w:bottom w:val="single" w:sz="5" w:space="0" w:color="A8A8A8"/>
          <w:right w:val="single" w:sz="5" w:space="0" w:color="A8A8A8"/>
          <w:insideH w:val="single" w:sz="5" w:space="0" w:color="A8A8A8"/>
          <w:insideV w:val="single" w:sz="5" w:space="0" w:color="A8A8A8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6038"/>
        <w:gridCol w:w="2438"/>
      </w:tblGrid>
      <w:tr w:rsidR="005459A2" w:rsidRPr="007916C3">
        <w:trPr>
          <w:cantSplit/>
          <w:tblHeader/>
          <w:jc w:val="center"/>
        </w:trPr>
        <w:tc>
          <w:tcPr>
            <w:tcW w:w="850" w:type="dxa"/>
            <w:shd w:val="clear" w:color="auto" w:fill="E8EBEF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b/>
                <w:sz w:val="20"/>
                <w:szCs w:val="20"/>
              </w:rPr>
              <w:t>Eil. Nr.</w:t>
            </w:r>
          </w:p>
        </w:tc>
        <w:tc>
          <w:tcPr>
            <w:tcW w:w="6038" w:type="dxa"/>
            <w:shd w:val="clear" w:color="auto" w:fill="E8EBEF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b/>
                <w:sz w:val="20"/>
                <w:szCs w:val="20"/>
              </w:rPr>
              <w:t>Reikalavimas / informacija</w:t>
            </w:r>
          </w:p>
        </w:tc>
        <w:tc>
          <w:tcPr>
            <w:tcW w:w="2438" w:type="dxa"/>
            <w:shd w:val="clear" w:color="auto" w:fill="E8EBEF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b/>
                <w:sz w:val="20"/>
                <w:szCs w:val="20"/>
              </w:rPr>
              <w:t>Tiekėjo atsakymas</w:t>
            </w:r>
          </w:p>
        </w:tc>
      </w:tr>
      <w:tr w:rsidR="005459A2" w:rsidRPr="007916C3">
        <w:trPr>
          <w:cantSplit/>
          <w:jc w:val="center"/>
        </w:trPr>
        <w:tc>
          <w:tcPr>
            <w:tcW w:w="850" w:type="dxa"/>
            <w:shd w:val="clear" w:color="auto" w:fill="FAFAF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sz w:val="20"/>
                <w:szCs w:val="20"/>
              </w:rPr>
              <w:t>3.</w:t>
            </w:r>
            <w:r w:rsidR="00BE5310">
              <w:rPr>
                <w:sz w:val="20"/>
                <w:szCs w:val="20"/>
              </w:rPr>
              <w:t>1</w:t>
            </w:r>
          </w:p>
        </w:tc>
        <w:tc>
          <w:tcPr>
            <w:tcW w:w="6038" w:type="dxa"/>
            <w:shd w:val="clear" w:color="auto" w:fill="FAFAF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257687">
            <w:pPr>
              <w:spacing w:after="0"/>
              <w:rPr>
                <w:sz w:val="20"/>
                <w:szCs w:val="20"/>
              </w:rPr>
            </w:pPr>
            <w:proofErr w:type="spellStart"/>
            <w:r w:rsidRPr="007916C3">
              <w:rPr>
                <w:sz w:val="20"/>
                <w:szCs w:val="20"/>
              </w:rPr>
              <w:t>Ar</w:t>
            </w:r>
            <w:proofErr w:type="spellEnd"/>
            <w:r w:rsidRPr="007916C3">
              <w:rPr>
                <w:sz w:val="20"/>
                <w:szCs w:val="20"/>
              </w:rPr>
              <w:t xml:space="preserve"> </w:t>
            </w:r>
            <w:proofErr w:type="spellStart"/>
            <w:r w:rsidRPr="007916C3">
              <w:rPr>
                <w:sz w:val="20"/>
                <w:szCs w:val="20"/>
              </w:rPr>
              <w:t>yra</w:t>
            </w:r>
            <w:proofErr w:type="spellEnd"/>
            <w:r w:rsidRPr="007916C3">
              <w:rPr>
                <w:sz w:val="20"/>
                <w:szCs w:val="20"/>
              </w:rPr>
              <w:t xml:space="preserve"> </w:t>
            </w:r>
            <w:proofErr w:type="spellStart"/>
            <w:r w:rsidRPr="007916C3">
              <w:rPr>
                <w:sz w:val="20"/>
                <w:szCs w:val="20"/>
              </w:rPr>
              <w:t>galimybė</w:t>
            </w:r>
            <w:proofErr w:type="spellEnd"/>
            <w:r w:rsidRPr="007916C3">
              <w:rPr>
                <w:sz w:val="20"/>
                <w:szCs w:val="20"/>
              </w:rPr>
              <w:t xml:space="preserve"> </w:t>
            </w:r>
            <w:proofErr w:type="spellStart"/>
            <w:r w:rsidRPr="007916C3">
              <w:rPr>
                <w:sz w:val="20"/>
                <w:szCs w:val="20"/>
              </w:rPr>
              <w:t>atsiskaityti</w:t>
            </w:r>
            <w:proofErr w:type="spellEnd"/>
            <w:r w:rsidRPr="007916C3">
              <w:rPr>
                <w:sz w:val="20"/>
                <w:szCs w:val="20"/>
              </w:rPr>
              <w:t xml:space="preserve"> </w:t>
            </w:r>
            <w:proofErr w:type="spellStart"/>
            <w:r w:rsidRPr="007916C3">
              <w:rPr>
                <w:sz w:val="20"/>
                <w:szCs w:val="20"/>
              </w:rPr>
              <w:t>už</w:t>
            </w:r>
            <w:proofErr w:type="spellEnd"/>
            <w:r w:rsidRPr="007916C3">
              <w:rPr>
                <w:sz w:val="20"/>
                <w:szCs w:val="20"/>
              </w:rPr>
              <w:t xml:space="preserve"> </w:t>
            </w:r>
            <w:proofErr w:type="spellStart"/>
            <w:r w:rsidRPr="007916C3">
              <w:rPr>
                <w:sz w:val="20"/>
                <w:szCs w:val="20"/>
              </w:rPr>
              <w:t>faktiškai</w:t>
            </w:r>
            <w:proofErr w:type="spellEnd"/>
            <w:r w:rsidRPr="007916C3">
              <w:rPr>
                <w:sz w:val="20"/>
                <w:szCs w:val="20"/>
              </w:rPr>
              <w:t xml:space="preserve"> </w:t>
            </w:r>
            <w:proofErr w:type="spellStart"/>
            <w:r w:rsidRPr="007916C3">
              <w:rPr>
                <w:sz w:val="20"/>
                <w:szCs w:val="20"/>
              </w:rPr>
              <w:t>suteiktas</w:t>
            </w:r>
            <w:proofErr w:type="spellEnd"/>
            <w:r w:rsidRPr="007916C3">
              <w:rPr>
                <w:sz w:val="20"/>
                <w:szCs w:val="20"/>
              </w:rPr>
              <w:t xml:space="preserve"> </w:t>
            </w:r>
            <w:proofErr w:type="spellStart"/>
            <w:r w:rsidRPr="007916C3">
              <w:rPr>
                <w:sz w:val="20"/>
                <w:szCs w:val="20"/>
              </w:rPr>
              <w:t>paslaugas</w:t>
            </w:r>
            <w:proofErr w:type="spellEnd"/>
            <w:r w:rsidRPr="007916C3">
              <w:rPr>
                <w:sz w:val="20"/>
                <w:szCs w:val="20"/>
              </w:rPr>
              <w:t xml:space="preserve"> </w:t>
            </w:r>
            <w:proofErr w:type="spellStart"/>
            <w:r w:rsidRPr="007916C3">
              <w:rPr>
                <w:sz w:val="20"/>
                <w:szCs w:val="20"/>
              </w:rPr>
              <w:t>kartą</w:t>
            </w:r>
            <w:proofErr w:type="spellEnd"/>
            <w:r w:rsidRPr="007916C3">
              <w:rPr>
                <w:sz w:val="20"/>
                <w:szCs w:val="20"/>
              </w:rPr>
              <w:t xml:space="preserve"> per </w:t>
            </w:r>
            <w:proofErr w:type="spellStart"/>
            <w:r w:rsidRPr="007916C3">
              <w:rPr>
                <w:sz w:val="20"/>
                <w:szCs w:val="20"/>
              </w:rPr>
              <w:t>mėnesį</w:t>
            </w:r>
            <w:proofErr w:type="spellEnd"/>
            <w:r w:rsidRPr="007916C3">
              <w:rPr>
                <w:sz w:val="20"/>
                <w:szCs w:val="20"/>
              </w:rPr>
              <w:t xml:space="preserve">, </w:t>
            </w:r>
            <w:proofErr w:type="spellStart"/>
            <w:r w:rsidRPr="007916C3">
              <w:rPr>
                <w:sz w:val="20"/>
                <w:szCs w:val="20"/>
              </w:rPr>
              <w:t>pateikiant</w:t>
            </w:r>
            <w:proofErr w:type="spellEnd"/>
            <w:r w:rsidRPr="007916C3">
              <w:rPr>
                <w:sz w:val="20"/>
                <w:szCs w:val="20"/>
              </w:rPr>
              <w:t xml:space="preserve"> </w:t>
            </w:r>
            <w:proofErr w:type="spellStart"/>
            <w:r w:rsidRPr="007916C3">
              <w:rPr>
                <w:sz w:val="20"/>
                <w:szCs w:val="20"/>
              </w:rPr>
              <w:t>vieną</w:t>
            </w:r>
            <w:proofErr w:type="spellEnd"/>
            <w:r w:rsidRPr="007916C3">
              <w:rPr>
                <w:sz w:val="20"/>
                <w:szCs w:val="20"/>
              </w:rPr>
              <w:t xml:space="preserve"> </w:t>
            </w:r>
            <w:proofErr w:type="spellStart"/>
            <w:r w:rsidRPr="007916C3">
              <w:rPr>
                <w:sz w:val="20"/>
                <w:szCs w:val="20"/>
              </w:rPr>
              <w:t>bendrą</w:t>
            </w:r>
            <w:proofErr w:type="spellEnd"/>
            <w:r w:rsidRPr="007916C3">
              <w:rPr>
                <w:sz w:val="20"/>
                <w:szCs w:val="20"/>
              </w:rPr>
              <w:t xml:space="preserve"> </w:t>
            </w:r>
            <w:proofErr w:type="spellStart"/>
            <w:r w:rsidRPr="007916C3">
              <w:rPr>
                <w:sz w:val="20"/>
                <w:szCs w:val="20"/>
              </w:rPr>
              <w:t>sąskaitą</w:t>
            </w:r>
            <w:proofErr w:type="spellEnd"/>
            <w:r w:rsidRPr="007916C3">
              <w:rPr>
                <w:sz w:val="20"/>
                <w:szCs w:val="20"/>
              </w:rPr>
              <w:t xml:space="preserve"> </w:t>
            </w:r>
            <w:proofErr w:type="spellStart"/>
            <w:r w:rsidRPr="007916C3">
              <w:rPr>
                <w:sz w:val="20"/>
                <w:szCs w:val="20"/>
              </w:rPr>
              <w:t>faktūrą</w:t>
            </w:r>
            <w:proofErr w:type="spellEnd"/>
            <w:r w:rsidRPr="007916C3">
              <w:rPr>
                <w:sz w:val="20"/>
                <w:szCs w:val="20"/>
              </w:rPr>
              <w:t xml:space="preserve"> </w:t>
            </w:r>
            <w:proofErr w:type="spellStart"/>
            <w:r w:rsidRPr="007916C3">
              <w:rPr>
                <w:sz w:val="20"/>
                <w:szCs w:val="20"/>
              </w:rPr>
              <w:t>už</w:t>
            </w:r>
            <w:proofErr w:type="spellEnd"/>
            <w:r w:rsidRPr="007916C3">
              <w:rPr>
                <w:sz w:val="20"/>
                <w:szCs w:val="20"/>
              </w:rPr>
              <w:t xml:space="preserve"> visas per </w:t>
            </w:r>
            <w:proofErr w:type="spellStart"/>
            <w:r w:rsidRPr="007916C3">
              <w:rPr>
                <w:sz w:val="20"/>
                <w:szCs w:val="20"/>
              </w:rPr>
              <w:t>mėnesį</w:t>
            </w:r>
            <w:proofErr w:type="spellEnd"/>
            <w:r w:rsidRPr="007916C3">
              <w:rPr>
                <w:sz w:val="20"/>
                <w:szCs w:val="20"/>
              </w:rPr>
              <w:t xml:space="preserve"> </w:t>
            </w:r>
            <w:proofErr w:type="spellStart"/>
            <w:r w:rsidRPr="007916C3">
              <w:rPr>
                <w:sz w:val="20"/>
                <w:szCs w:val="20"/>
              </w:rPr>
              <w:t>suteiktas</w:t>
            </w:r>
            <w:proofErr w:type="spellEnd"/>
            <w:r w:rsidRPr="007916C3">
              <w:rPr>
                <w:sz w:val="20"/>
                <w:szCs w:val="20"/>
              </w:rPr>
              <w:t xml:space="preserve"> </w:t>
            </w:r>
            <w:proofErr w:type="spellStart"/>
            <w:r w:rsidRPr="007916C3">
              <w:rPr>
                <w:sz w:val="20"/>
                <w:szCs w:val="20"/>
              </w:rPr>
              <w:t>paslaugas</w:t>
            </w:r>
            <w:proofErr w:type="spellEnd"/>
            <w:r w:rsidRPr="007916C3">
              <w:rPr>
                <w:sz w:val="20"/>
                <w:szCs w:val="20"/>
              </w:rPr>
              <w:t>?</w:t>
            </w:r>
          </w:p>
        </w:tc>
        <w:tc>
          <w:tcPr>
            <w:tcW w:w="2438" w:type="dxa"/>
            <w:shd w:val="clear" w:color="auto" w:fill="FAFAF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257687">
            <w:pPr>
              <w:spacing w:after="0"/>
              <w:rPr>
                <w:sz w:val="20"/>
                <w:szCs w:val="20"/>
              </w:rPr>
            </w:pPr>
            <w:proofErr w:type="spellStart"/>
            <w:r w:rsidRPr="007916C3">
              <w:rPr>
                <w:sz w:val="20"/>
                <w:szCs w:val="20"/>
              </w:rPr>
              <w:t>Taip</w:t>
            </w:r>
            <w:proofErr w:type="spellEnd"/>
            <w:r w:rsidRPr="007916C3">
              <w:rPr>
                <w:sz w:val="20"/>
                <w:szCs w:val="20"/>
              </w:rPr>
              <w:t>/ne</w:t>
            </w:r>
          </w:p>
        </w:tc>
      </w:tr>
      <w:tr w:rsidR="005459A2" w:rsidRPr="007916C3">
        <w:trPr>
          <w:cantSplit/>
          <w:jc w:val="center"/>
        </w:trPr>
        <w:tc>
          <w:tcPr>
            <w:tcW w:w="850" w:type="dx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sz w:val="20"/>
                <w:szCs w:val="20"/>
              </w:rPr>
              <w:t>3.</w:t>
            </w:r>
            <w:r w:rsidR="00BE5310">
              <w:rPr>
                <w:sz w:val="20"/>
                <w:szCs w:val="20"/>
              </w:rPr>
              <w:t>2</w:t>
            </w:r>
          </w:p>
        </w:tc>
        <w:tc>
          <w:tcPr>
            <w:tcW w:w="6038" w:type="dx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257687">
            <w:pPr>
              <w:spacing w:after="0"/>
              <w:rPr>
                <w:sz w:val="20"/>
                <w:szCs w:val="20"/>
              </w:rPr>
            </w:pPr>
            <w:proofErr w:type="spellStart"/>
            <w:r w:rsidRPr="007916C3">
              <w:rPr>
                <w:sz w:val="20"/>
                <w:szCs w:val="20"/>
              </w:rPr>
              <w:t>Ar</w:t>
            </w:r>
            <w:proofErr w:type="spellEnd"/>
            <w:r w:rsidRPr="007916C3">
              <w:rPr>
                <w:sz w:val="20"/>
                <w:szCs w:val="20"/>
              </w:rPr>
              <w:t xml:space="preserve"> </w:t>
            </w:r>
            <w:proofErr w:type="spellStart"/>
            <w:r w:rsidRPr="007916C3">
              <w:rPr>
                <w:sz w:val="20"/>
                <w:szCs w:val="20"/>
              </w:rPr>
              <w:t>kartu</w:t>
            </w:r>
            <w:proofErr w:type="spellEnd"/>
            <w:r w:rsidRPr="007916C3">
              <w:rPr>
                <w:sz w:val="20"/>
                <w:szCs w:val="20"/>
              </w:rPr>
              <w:t xml:space="preserve"> </w:t>
            </w:r>
            <w:proofErr w:type="spellStart"/>
            <w:r w:rsidRPr="007916C3">
              <w:rPr>
                <w:sz w:val="20"/>
                <w:szCs w:val="20"/>
              </w:rPr>
              <w:t>su</w:t>
            </w:r>
            <w:proofErr w:type="spellEnd"/>
            <w:r w:rsidRPr="007916C3">
              <w:rPr>
                <w:sz w:val="20"/>
                <w:szCs w:val="20"/>
              </w:rPr>
              <w:t xml:space="preserve"> </w:t>
            </w:r>
            <w:proofErr w:type="spellStart"/>
            <w:r w:rsidRPr="007916C3">
              <w:rPr>
                <w:sz w:val="20"/>
                <w:szCs w:val="20"/>
              </w:rPr>
              <w:t>mėnesio</w:t>
            </w:r>
            <w:proofErr w:type="spellEnd"/>
            <w:r w:rsidRPr="007916C3">
              <w:rPr>
                <w:sz w:val="20"/>
                <w:szCs w:val="20"/>
              </w:rPr>
              <w:t xml:space="preserve"> </w:t>
            </w:r>
            <w:proofErr w:type="spellStart"/>
            <w:r w:rsidRPr="007916C3">
              <w:rPr>
                <w:sz w:val="20"/>
                <w:szCs w:val="20"/>
              </w:rPr>
              <w:t>sąskaita</w:t>
            </w:r>
            <w:proofErr w:type="spellEnd"/>
            <w:r w:rsidRPr="007916C3">
              <w:rPr>
                <w:sz w:val="20"/>
                <w:szCs w:val="20"/>
              </w:rPr>
              <w:t xml:space="preserve"> </w:t>
            </w:r>
            <w:proofErr w:type="spellStart"/>
            <w:r w:rsidRPr="007916C3">
              <w:rPr>
                <w:sz w:val="20"/>
                <w:szCs w:val="20"/>
              </w:rPr>
              <w:t>faktūra</w:t>
            </w:r>
            <w:proofErr w:type="spellEnd"/>
            <w:r w:rsidRPr="007916C3">
              <w:rPr>
                <w:sz w:val="20"/>
                <w:szCs w:val="20"/>
              </w:rPr>
              <w:t xml:space="preserve"> bus </w:t>
            </w:r>
            <w:proofErr w:type="spellStart"/>
            <w:r w:rsidRPr="007916C3">
              <w:rPr>
                <w:sz w:val="20"/>
                <w:szCs w:val="20"/>
              </w:rPr>
              <w:t>pateikiama</w:t>
            </w:r>
            <w:proofErr w:type="spellEnd"/>
            <w:r w:rsidRPr="007916C3">
              <w:rPr>
                <w:sz w:val="20"/>
                <w:szCs w:val="20"/>
              </w:rPr>
              <w:t xml:space="preserve"> </w:t>
            </w:r>
            <w:proofErr w:type="spellStart"/>
            <w:r w:rsidRPr="007916C3">
              <w:rPr>
                <w:sz w:val="20"/>
                <w:szCs w:val="20"/>
              </w:rPr>
              <w:t>suteiktų</w:t>
            </w:r>
            <w:proofErr w:type="spellEnd"/>
            <w:r w:rsidRPr="007916C3">
              <w:rPr>
                <w:sz w:val="20"/>
                <w:szCs w:val="20"/>
              </w:rPr>
              <w:t xml:space="preserve"> </w:t>
            </w:r>
            <w:proofErr w:type="spellStart"/>
            <w:r w:rsidRPr="007916C3">
              <w:rPr>
                <w:sz w:val="20"/>
                <w:szCs w:val="20"/>
              </w:rPr>
              <w:t>paslaugų</w:t>
            </w:r>
            <w:proofErr w:type="spellEnd"/>
            <w:r w:rsidRPr="007916C3">
              <w:rPr>
                <w:sz w:val="20"/>
                <w:szCs w:val="20"/>
              </w:rPr>
              <w:t xml:space="preserve"> </w:t>
            </w:r>
            <w:proofErr w:type="spellStart"/>
            <w:r w:rsidRPr="007916C3">
              <w:rPr>
                <w:sz w:val="20"/>
                <w:szCs w:val="20"/>
              </w:rPr>
              <w:t>detalizacija</w:t>
            </w:r>
            <w:proofErr w:type="spellEnd"/>
            <w:r w:rsidRPr="007916C3">
              <w:rPr>
                <w:sz w:val="20"/>
                <w:szCs w:val="20"/>
              </w:rPr>
              <w:t xml:space="preserve"> (</w:t>
            </w:r>
            <w:proofErr w:type="spellStart"/>
            <w:r w:rsidRPr="007916C3">
              <w:rPr>
                <w:sz w:val="20"/>
                <w:szCs w:val="20"/>
              </w:rPr>
              <w:t>kelionių</w:t>
            </w:r>
            <w:proofErr w:type="spellEnd"/>
            <w:r w:rsidRPr="007916C3">
              <w:rPr>
                <w:sz w:val="20"/>
                <w:szCs w:val="20"/>
              </w:rPr>
              <w:t xml:space="preserve"> </w:t>
            </w:r>
            <w:proofErr w:type="spellStart"/>
            <w:r w:rsidRPr="007916C3">
              <w:rPr>
                <w:sz w:val="20"/>
                <w:szCs w:val="20"/>
              </w:rPr>
              <w:t>datos</w:t>
            </w:r>
            <w:proofErr w:type="spellEnd"/>
            <w:r w:rsidRPr="007916C3">
              <w:rPr>
                <w:sz w:val="20"/>
                <w:szCs w:val="20"/>
              </w:rPr>
              <w:t xml:space="preserve">, </w:t>
            </w:r>
            <w:proofErr w:type="spellStart"/>
            <w:r w:rsidRPr="007916C3">
              <w:rPr>
                <w:sz w:val="20"/>
                <w:szCs w:val="20"/>
              </w:rPr>
              <w:t>maršrutai</w:t>
            </w:r>
            <w:proofErr w:type="spellEnd"/>
            <w:r w:rsidRPr="007916C3">
              <w:rPr>
                <w:sz w:val="20"/>
                <w:szCs w:val="20"/>
              </w:rPr>
              <w:t xml:space="preserve">, </w:t>
            </w:r>
            <w:proofErr w:type="spellStart"/>
            <w:r w:rsidRPr="007916C3">
              <w:rPr>
                <w:sz w:val="20"/>
                <w:szCs w:val="20"/>
              </w:rPr>
              <w:t>automobilių</w:t>
            </w:r>
            <w:proofErr w:type="spellEnd"/>
            <w:r w:rsidRPr="007916C3">
              <w:rPr>
                <w:sz w:val="20"/>
                <w:szCs w:val="20"/>
              </w:rPr>
              <w:t xml:space="preserve"> </w:t>
            </w:r>
            <w:proofErr w:type="spellStart"/>
            <w:r w:rsidRPr="007916C3">
              <w:rPr>
                <w:sz w:val="20"/>
                <w:szCs w:val="20"/>
              </w:rPr>
              <w:t>nuomos</w:t>
            </w:r>
            <w:proofErr w:type="spellEnd"/>
            <w:r w:rsidRPr="007916C3">
              <w:rPr>
                <w:sz w:val="20"/>
                <w:szCs w:val="20"/>
              </w:rPr>
              <w:t xml:space="preserve"> </w:t>
            </w:r>
            <w:proofErr w:type="spellStart"/>
            <w:r w:rsidRPr="007916C3">
              <w:rPr>
                <w:sz w:val="20"/>
                <w:szCs w:val="20"/>
              </w:rPr>
              <w:t>laikotarpiai</w:t>
            </w:r>
            <w:proofErr w:type="spellEnd"/>
            <w:r w:rsidRPr="007916C3">
              <w:rPr>
                <w:sz w:val="20"/>
                <w:szCs w:val="20"/>
              </w:rPr>
              <w:t xml:space="preserve"> ir </w:t>
            </w:r>
            <w:proofErr w:type="spellStart"/>
            <w:r w:rsidRPr="007916C3">
              <w:rPr>
                <w:sz w:val="20"/>
                <w:szCs w:val="20"/>
              </w:rPr>
              <w:t>kiekvienos</w:t>
            </w:r>
            <w:proofErr w:type="spellEnd"/>
            <w:r w:rsidRPr="007916C3">
              <w:rPr>
                <w:sz w:val="20"/>
                <w:szCs w:val="20"/>
              </w:rPr>
              <w:t xml:space="preserve"> </w:t>
            </w:r>
            <w:proofErr w:type="spellStart"/>
            <w:r w:rsidRPr="007916C3">
              <w:rPr>
                <w:sz w:val="20"/>
                <w:szCs w:val="20"/>
              </w:rPr>
              <w:t>paslaugos</w:t>
            </w:r>
            <w:proofErr w:type="spellEnd"/>
            <w:r w:rsidRPr="007916C3">
              <w:rPr>
                <w:sz w:val="20"/>
                <w:szCs w:val="20"/>
              </w:rPr>
              <w:t xml:space="preserve"> </w:t>
            </w:r>
            <w:proofErr w:type="spellStart"/>
            <w:r w:rsidRPr="007916C3">
              <w:rPr>
                <w:sz w:val="20"/>
                <w:szCs w:val="20"/>
              </w:rPr>
              <w:t>kaina</w:t>
            </w:r>
            <w:proofErr w:type="spellEnd"/>
            <w:r w:rsidRPr="007916C3">
              <w:rPr>
                <w:sz w:val="20"/>
                <w:szCs w:val="20"/>
              </w:rPr>
              <w:t>)?</w:t>
            </w:r>
          </w:p>
        </w:tc>
        <w:tc>
          <w:tcPr>
            <w:tcW w:w="2438" w:type="dx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257687">
            <w:pPr>
              <w:spacing w:after="0"/>
              <w:rPr>
                <w:sz w:val="20"/>
                <w:szCs w:val="20"/>
              </w:rPr>
            </w:pPr>
            <w:proofErr w:type="spellStart"/>
            <w:r w:rsidRPr="007916C3">
              <w:rPr>
                <w:sz w:val="20"/>
                <w:szCs w:val="20"/>
              </w:rPr>
              <w:t>Taip</w:t>
            </w:r>
            <w:proofErr w:type="spellEnd"/>
            <w:r w:rsidRPr="007916C3">
              <w:rPr>
                <w:sz w:val="20"/>
                <w:szCs w:val="20"/>
              </w:rPr>
              <w:t>/ne</w:t>
            </w:r>
          </w:p>
        </w:tc>
      </w:tr>
      <w:tr w:rsidR="005459A2" w:rsidRPr="007916C3">
        <w:trPr>
          <w:cantSplit/>
          <w:jc w:val="center"/>
        </w:trPr>
        <w:tc>
          <w:tcPr>
            <w:tcW w:w="850" w:type="dxa"/>
            <w:shd w:val="clear" w:color="auto" w:fill="FAFAF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sz w:val="20"/>
                <w:szCs w:val="20"/>
              </w:rPr>
              <w:t>3.</w:t>
            </w:r>
            <w:r w:rsidR="00BE5310">
              <w:rPr>
                <w:sz w:val="20"/>
                <w:szCs w:val="20"/>
              </w:rPr>
              <w:t>3</w:t>
            </w:r>
          </w:p>
        </w:tc>
        <w:tc>
          <w:tcPr>
            <w:tcW w:w="6038" w:type="dxa"/>
            <w:shd w:val="clear" w:color="auto" w:fill="FAFAF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6C2F1B">
            <w:pPr>
              <w:spacing w:after="0"/>
              <w:rPr>
                <w:sz w:val="20"/>
                <w:szCs w:val="20"/>
              </w:rPr>
            </w:pPr>
            <w:r w:rsidRPr="007916C3">
              <w:rPr>
                <w:sz w:val="20"/>
                <w:szCs w:val="20"/>
              </w:rPr>
              <w:t>Ar paslaugomis gali naudotis keli įgalioti LRK darbuotojai?</w:t>
            </w:r>
          </w:p>
        </w:tc>
        <w:tc>
          <w:tcPr>
            <w:tcW w:w="2438" w:type="dxa"/>
            <w:shd w:val="clear" w:color="auto" w:fill="FAFAF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:rsidR="005459A2" w:rsidRPr="007916C3" w:rsidRDefault="00837EE9">
            <w:pPr>
              <w:spacing w:after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Taip</w:t>
            </w:r>
            <w:proofErr w:type="spellEnd"/>
            <w:r>
              <w:rPr>
                <w:sz w:val="20"/>
                <w:szCs w:val="20"/>
              </w:rPr>
              <w:t>/ne</w:t>
            </w:r>
          </w:p>
        </w:tc>
      </w:tr>
    </w:tbl>
    <w:p w:rsidR="005459A2" w:rsidRPr="007916C3" w:rsidRDefault="005459A2">
      <w:pPr>
        <w:spacing w:after="0" w:line="96" w:lineRule="auto"/>
        <w:rPr>
          <w:sz w:val="20"/>
          <w:szCs w:val="20"/>
        </w:rPr>
      </w:pPr>
    </w:p>
    <w:p w:rsidR="005459A2" w:rsidRPr="007916C3" w:rsidRDefault="006C2F1B">
      <w:pPr>
        <w:rPr>
          <w:sz w:val="20"/>
          <w:szCs w:val="20"/>
        </w:rPr>
      </w:pPr>
      <w:r w:rsidRPr="007916C3">
        <w:rPr>
          <w:sz w:val="20"/>
          <w:szCs w:val="20"/>
        </w:rPr>
        <w:t>Paslaugų poreikis</w:t>
      </w:r>
      <w:r w:rsidRPr="007916C3">
        <w:rPr>
          <w:sz w:val="20"/>
          <w:szCs w:val="20"/>
        </w:rPr>
        <w:t xml:space="preserve"> numatomas iki 2028 m. gruodžio 31 d. Faktiniai kiekiai ir naudojimosi dažnis priklausys nuo projekto veiklų.</w:t>
      </w:r>
      <w:bookmarkStart w:id="0" w:name="_GoBack"/>
      <w:bookmarkEnd w:id="0"/>
    </w:p>
    <w:sectPr w:rsidR="005459A2" w:rsidRPr="007916C3" w:rsidSect="00034616">
      <w:footerReference w:type="default" r:id="rId8"/>
      <w:pgSz w:w="11906" w:h="16838"/>
      <w:pgMar w:top="964" w:right="1191" w:bottom="879" w:left="1191" w:header="510" w:footer="53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2F1B" w:rsidRDefault="006C2F1B">
      <w:pPr>
        <w:spacing w:after="0" w:line="240" w:lineRule="auto"/>
      </w:pPr>
      <w:r>
        <w:separator/>
      </w:r>
    </w:p>
  </w:endnote>
  <w:endnote w:type="continuationSeparator" w:id="0">
    <w:p w:rsidR="006C2F1B" w:rsidRDefault="006C2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9A2" w:rsidRDefault="006C2F1B">
    <w:pPr>
      <w:pStyle w:val="Footer"/>
      <w:jc w:val="center"/>
    </w:pPr>
    <w:r>
      <w:rPr>
        <w:color w:val="6E6E6E"/>
        <w:sz w:val="16"/>
      </w:rPr>
      <w:t xml:space="preserve">LRK • Paslaugų pirkimo apklausa  |  </w:t>
    </w:r>
    <w:r>
      <w:fldChar w:fldCharType="begin"/>
    </w:r>
    <w:r>
      <w:instrText>PAGE</w:instrText>
    </w:r>
    <w:r>
      <w:fldChar w:fldCharType="separate"/>
    </w:r>
    <w:r w:rsidR="00D1101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2F1B" w:rsidRDefault="006C2F1B">
      <w:pPr>
        <w:spacing w:after="0" w:line="240" w:lineRule="auto"/>
      </w:pPr>
      <w:r>
        <w:separator/>
      </w:r>
    </w:p>
  </w:footnote>
  <w:footnote w:type="continuationSeparator" w:id="0">
    <w:p w:rsidR="006C2F1B" w:rsidRDefault="006C2F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7720"/>
    <w:rsid w:val="0015074B"/>
    <w:rsid w:val="00257687"/>
    <w:rsid w:val="0029639D"/>
    <w:rsid w:val="00326F90"/>
    <w:rsid w:val="00475908"/>
    <w:rsid w:val="005459A2"/>
    <w:rsid w:val="006C2F1B"/>
    <w:rsid w:val="007916C3"/>
    <w:rsid w:val="00837EE9"/>
    <w:rsid w:val="00A14FDA"/>
    <w:rsid w:val="00AA1D8D"/>
    <w:rsid w:val="00B47730"/>
    <w:rsid w:val="00BE5310"/>
    <w:rsid w:val="00CB0664"/>
    <w:rsid w:val="00D11013"/>
    <w:rsid w:val="00D90F3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4F884C"/>
  <w14:defaultImageDpi w14:val="300"/>
  <w15:docId w15:val="{DCA5877D-A455-471F-B1FA-E0F3BB51C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60" w:line="254" w:lineRule="auto"/>
    </w:pPr>
    <w:rPr>
      <w:rFonts w:ascii="Arial" w:hAnsi="Arial"/>
      <w:color w:val="191919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/>
      <w:outlineLvl w:val="0"/>
    </w:pPr>
    <w:rPr>
      <w:rFonts w:asciiTheme="majorHAnsi" w:eastAsiaTheme="majorEastAsia" w:hAnsiTheme="majorHAnsi" w:cstheme="majorBidi"/>
      <w:b/>
      <w:bCs/>
      <w:color w:val="141414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/>
      <w:outlineLvl w:val="1"/>
    </w:pPr>
    <w:rPr>
      <w:rFonts w:asciiTheme="majorHAnsi" w:eastAsiaTheme="majorEastAsia" w:hAnsiTheme="majorHAnsi" w:cstheme="majorBidi"/>
      <w:b/>
      <w:bCs/>
      <w:color w:val="141414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before="100" w:line="240" w:lineRule="auto"/>
      <w:contextualSpacing/>
    </w:pPr>
    <w:rPr>
      <w:rFonts w:asciiTheme="majorHAnsi" w:eastAsiaTheme="majorEastAsia" w:hAnsiTheme="majorHAnsi" w:cstheme="majorBidi"/>
      <w:b/>
      <w:color w:val="141414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1DD3AD3-CCED-4BBF-A7FC-AAD8881CA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1360</Words>
  <Characters>7756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Taksi, pavėžėjimo ir automobilių nuomos paslaugų pirkimo apklausa</vt:lpstr>
    </vt:vector>
  </TitlesOfParts>
  <Manager/>
  <Company/>
  <LinksUpToDate>false</LinksUpToDate>
  <CharactersWithSpaces>9098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Taksi, pavėžėjimo ir automobilių nuomos paslaugų pirkimo apklausa</dc:title>
  <dc:subject>Lietuvos Raudonojo Kryžiaus draugija – Šiauliai</dc:subject>
  <dc:creator>Lietuvos Raudonojo Kryžiaus draugija</dc:creator>
  <cp:keywords/>
  <dc:description>generated by python-docx</dc:description>
  <cp:lastModifiedBy>Rusty H</cp:lastModifiedBy>
  <cp:revision>4</cp:revision>
  <dcterms:created xsi:type="dcterms:W3CDTF">2026-10-18T15:26:00Z</dcterms:created>
  <dcterms:modified xsi:type="dcterms:W3CDTF">2026-10-18T15:46:00Z</dcterms:modified>
  <cp:category/>
</cp:coreProperties>
</file>